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1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0991"/>
      </w:tblGrid>
      <w:tr w:rsidR="00BD78AA" w:rsidRPr="006E7B16" w14:paraId="07EA7B3E" w14:textId="77777777" w:rsidTr="00BD78AA">
        <w:trPr>
          <w:jc w:val="center"/>
        </w:trPr>
        <w:tc>
          <w:tcPr>
            <w:tcW w:w="10991" w:type="dxa"/>
            <w:vAlign w:val="center"/>
          </w:tcPr>
          <w:p w14:paraId="00B1A982" w14:textId="77777777" w:rsidR="00BD78AA" w:rsidRDefault="00BD78AA" w:rsidP="00BD78AA">
            <w:pPr>
              <w:rPr>
                <w:b/>
                <w:lang w:val="el-GR"/>
              </w:rPr>
            </w:pPr>
            <w:r w:rsidRPr="00F51124">
              <w:rPr>
                <w:b/>
                <w:lang w:val="el-GR"/>
              </w:rPr>
              <w:t>ΠΡΟΣ:</w:t>
            </w:r>
            <w:r>
              <w:rPr>
                <w:b/>
                <w:lang w:val="el-GR"/>
              </w:rPr>
              <w:t xml:space="preserve"> </w:t>
            </w:r>
          </w:p>
          <w:p w14:paraId="6BBF546F" w14:textId="15914285" w:rsidR="00BD78AA" w:rsidRPr="0060537A" w:rsidRDefault="00BD78AA" w:rsidP="00BD78AA">
            <w:pPr>
              <w:rPr>
                <w:lang w:val="el-GR"/>
              </w:rPr>
            </w:pPr>
            <w:r w:rsidRPr="0060537A">
              <w:rPr>
                <w:b/>
                <w:lang w:val="el-GR"/>
              </w:rPr>
              <w:t>ΑΠΟΚΕΝΤΡΩΜΕΝΗ ΔΙΟΙΚΗΣΗ ΚΡΗΤΗΣ</w:t>
            </w:r>
          </w:p>
          <w:p w14:paraId="261722DB" w14:textId="77777777" w:rsidR="00BD78AA" w:rsidRPr="0060537A" w:rsidRDefault="00BD78AA" w:rsidP="00BD78AA">
            <w:pPr>
              <w:spacing w:after="0"/>
              <w:rPr>
                <w:lang w:val="el-GR"/>
              </w:rPr>
            </w:pPr>
            <w:r w:rsidRPr="0060537A">
              <w:rPr>
                <w:sz w:val="15"/>
                <w:lang w:val="el-GR"/>
              </w:rPr>
              <w:t>ΓΕΝΙΚΗ Δ/ΝΣΗ ΕΣΩΤΕΡΙΚΗΣ ΛΕΙΤΟΥΡΓΙΑΣ</w:t>
            </w:r>
          </w:p>
          <w:p w14:paraId="60A10133" w14:textId="77777777" w:rsidR="00BD78AA" w:rsidRPr="0060537A" w:rsidRDefault="00BD78AA" w:rsidP="00BD78AA">
            <w:pPr>
              <w:spacing w:after="0"/>
              <w:rPr>
                <w:lang w:val="el-GR"/>
              </w:rPr>
            </w:pPr>
            <w:r w:rsidRPr="0060537A">
              <w:rPr>
                <w:sz w:val="15"/>
                <w:lang w:val="el-GR"/>
              </w:rPr>
              <w:t>Δ/ΝΣΗ ΔΙΟΙΚΗΣΗΣ</w:t>
            </w:r>
          </w:p>
          <w:p w14:paraId="1BB7F2F9" w14:textId="77777777" w:rsidR="00BD78AA" w:rsidRPr="0060537A" w:rsidRDefault="00BD78AA" w:rsidP="00BD78AA">
            <w:pPr>
              <w:spacing w:after="0"/>
              <w:rPr>
                <w:lang w:val="el-GR"/>
              </w:rPr>
            </w:pPr>
            <w:r w:rsidRPr="0060537A">
              <w:rPr>
                <w:sz w:val="15"/>
                <w:lang w:val="el-GR"/>
              </w:rPr>
              <w:t>Τμήμα Γραμματείας και Πληροφόρησης Πολιτών</w:t>
            </w:r>
          </w:p>
          <w:p w14:paraId="7AF0EE14" w14:textId="007A7DC5" w:rsidR="00BD78AA" w:rsidRPr="006E7B16" w:rsidRDefault="00BD78AA" w:rsidP="00BD78AA">
            <w:pPr>
              <w:spacing w:after="0"/>
            </w:pPr>
            <w:r>
              <w:rPr>
                <w:b/>
                <w:sz w:val="15"/>
              </w:rPr>
              <w:t>Email</w:t>
            </w:r>
            <w:r w:rsidRPr="006E7B16">
              <w:rPr>
                <w:b/>
                <w:sz w:val="15"/>
              </w:rPr>
              <w:t xml:space="preserve">: </w:t>
            </w:r>
            <w:hyperlink r:id="rId6" w:history="1">
              <w:r w:rsidR="006E7B16" w:rsidRPr="006E7B16">
                <w:rPr>
                  <w:rStyle w:val="-"/>
                  <w:b/>
                  <w:sz w:val="15"/>
                </w:rPr>
                <w:t>d_dioikisi@apdkritis2.gov.gr</w:t>
              </w:r>
            </w:hyperlink>
          </w:p>
        </w:tc>
      </w:tr>
    </w:tbl>
    <w:p w14:paraId="4D5A39AC" w14:textId="77777777" w:rsidR="005C45D1" w:rsidRPr="0060537A" w:rsidRDefault="00E06A00">
      <w:pPr>
        <w:spacing w:after="40"/>
        <w:jc w:val="center"/>
        <w:rPr>
          <w:lang w:val="el-GR"/>
        </w:rPr>
      </w:pPr>
      <w:r w:rsidRPr="0060537A">
        <w:rPr>
          <w:b/>
          <w:sz w:val="24"/>
          <w:u w:val="single"/>
          <w:lang w:val="el-GR"/>
        </w:rPr>
        <w:t>Α Ι Τ Η Σ Η</w:t>
      </w:r>
    </w:p>
    <w:p w14:paraId="1963668F" w14:textId="77777777" w:rsidR="005C45D1" w:rsidRPr="0060537A" w:rsidRDefault="00E06A00">
      <w:pPr>
        <w:spacing w:after="80"/>
        <w:jc w:val="center"/>
        <w:rPr>
          <w:lang w:val="el-GR"/>
        </w:rPr>
      </w:pPr>
      <w:r w:rsidRPr="0060537A">
        <w:rPr>
          <w:i/>
          <w:sz w:val="14"/>
          <w:lang w:val="el-GR"/>
        </w:rPr>
        <w:t>για χορήγηση άδειας κατά τα άρθρα 29 και 32 του Ν. 1892/90, όπως ισχύουν</w:t>
      </w:r>
    </w:p>
    <w:tbl>
      <w:tblPr>
        <w:tblW w:w="10992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0992"/>
      </w:tblGrid>
      <w:tr w:rsidR="005C45D1" w:rsidRPr="008B2A58" w14:paraId="7600F4E4" w14:textId="77777777">
        <w:trPr>
          <w:jc w:val="center"/>
        </w:trPr>
        <w:tc>
          <w:tcPr>
            <w:tcW w:w="10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5624515" w14:textId="77777777" w:rsidR="005C45D1" w:rsidRPr="0060537A" w:rsidRDefault="00E06A00">
            <w:pPr>
              <w:rPr>
                <w:lang w:val="el-GR"/>
              </w:rPr>
            </w:pPr>
            <w:r w:rsidRPr="0060537A">
              <w:rPr>
                <w:b/>
                <w:sz w:val="17"/>
                <w:lang w:val="el-GR"/>
              </w:rPr>
              <w:t>Α.  ΣΤΟΙΧΕΙΑ ΦΥΣΙΚΩΝ ΠΡΟΣΩΠΩΝ  (στοιχεία αγοραστή)</w:t>
            </w:r>
          </w:p>
        </w:tc>
      </w:tr>
    </w:tbl>
    <w:p w14:paraId="1DBFCCDC" w14:textId="77777777" w:rsidR="005C45D1" w:rsidRPr="0060537A" w:rsidRDefault="005C45D1">
      <w:pPr>
        <w:spacing w:after="60"/>
        <w:rPr>
          <w:sz w:val="8"/>
          <w:lang w:val="el-GR"/>
        </w:rPr>
      </w:pPr>
    </w:p>
    <w:tbl>
      <w:tblPr>
        <w:tblW w:w="10990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814"/>
        <w:gridCol w:w="3582"/>
        <w:gridCol w:w="198"/>
        <w:gridCol w:w="1814"/>
        <w:gridCol w:w="3582"/>
      </w:tblGrid>
      <w:tr w:rsidR="005C45D1" w14:paraId="0198C703" w14:textId="77777777">
        <w:trPr>
          <w:jc w:val="center"/>
        </w:trPr>
        <w:tc>
          <w:tcPr>
            <w:tcW w:w="5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DB7A" w14:textId="5D478888" w:rsidR="005C45D1" w:rsidRDefault="00E06A00">
            <w:r>
              <w:rPr>
                <w:b/>
              </w:rPr>
              <w:t>1</w:t>
            </w:r>
            <w:proofErr w:type="gramStart"/>
            <w:r w:rsidR="00B062FC" w:rsidRPr="00B062FC">
              <w:rPr>
                <w:b/>
                <w:vertAlign w:val="superscript"/>
                <w:lang w:val="el-GR"/>
              </w:rPr>
              <w:t>ος</w:t>
            </w:r>
            <w:r w:rsidR="00B062FC">
              <w:rPr>
                <w:b/>
                <w:lang w:val="el-GR"/>
              </w:rPr>
              <w:t xml:space="preserve"> </w:t>
            </w:r>
            <w:r>
              <w:rPr>
                <w:b/>
              </w:rPr>
              <w:t xml:space="preserve"> Συμβαλλόμενος</w:t>
            </w:r>
            <w:proofErr w:type="gramEnd"/>
            <w:r>
              <w:rPr>
                <w:b/>
              </w:rPr>
              <w:t xml:space="preserve"> / Αγοραστής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6E4AC311" w14:textId="77777777" w:rsidR="005C45D1" w:rsidRDefault="005C45D1"/>
        </w:tc>
        <w:tc>
          <w:tcPr>
            <w:tcW w:w="5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A44A8" w14:textId="2C8E2737" w:rsidR="005C45D1" w:rsidRDefault="00E06A00">
            <w:r>
              <w:rPr>
                <w:b/>
              </w:rPr>
              <w:t>2</w:t>
            </w:r>
            <w:proofErr w:type="gramStart"/>
            <w:r w:rsidR="00B062FC" w:rsidRPr="00B062FC">
              <w:rPr>
                <w:b/>
                <w:vertAlign w:val="superscript"/>
                <w:lang w:val="el-GR"/>
              </w:rPr>
              <w:t>ος</w:t>
            </w:r>
            <w:r w:rsidR="00B062FC">
              <w:rPr>
                <w:b/>
                <w:lang w:val="el-GR"/>
              </w:rPr>
              <w:t xml:space="preserve"> </w:t>
            </w:r>
            <w:r>
              <w:rPr>
                <w:b/>
              </w:rPr>
              <w:t xml:space="preserve"> Συμβαλλόμενος</w:t>
            </w:r>
            <w:proofErr w:type="gramEnd"/>
            <w:r>
              <w:rPr>
                <w:b/>
              </w:rPr>
              <w:t xml:space="preserve"> / Αγοραστής</w:t>
            </w:r>
          </w:p>
        </w:tc>
      </w:tr>
      <w:tr w:rsidR="005C45D1" w:rsidRPr="008B2A58" w14:paraId="112B0012" w14:textId="77777777" w:rsidTr="0074529F">
        <w:trPr>
          <w:trHeight w:val="20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779BB" w14:textId="77777777" w:rsidR="005C45D1" w:rsidRPr="000C7175" w:rsidRDefault="00E06A00">
            <w:pPr>
              <w:rPr>
                <w:b/>
                <w:bCs/>
                <w:color w:val="0070C0"/>
              </w:rPr>
            </w:pPr>
            <w:r w:rsidRPr="000C7175">
              <w:rPr>
                <w:b/>
                <w:bCs/>
                <w:color w:val="0070C0"/>
              </w:rPr>
              <w:t>Επώνυμο: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2091575580"/>
              <w:placeholder>
                <w:docPart w:val="A21A772875A9436FB4A3349250893972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68A5EB40" w14:textId="0A50EE7C" w:rsidR="005C45D1" w:rsidRPr="007846F5" w:rsidRDefault="00941368" w:rsidP="0074529F">
                <w:pPr>
                  <w:spacing w:after="0"/>
                  <w:rPr>
                    <w:caps/>
                    <w:smallCaps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403EE645" w14:textId="77777777" w:rsidR="005C45D1" w:rsidRPr="0038033E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14ADBF" w14:textId="77777777" w:rsidR="005C45D1" w:rsidRPr="00102881" w:rsidRDefault="00E06A00" w:rsidP="006F7406">
            <w:pPr>
              <w:jc w:val="both"/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Επώνυμο: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1580021388"/>
              <w:placeholder>
                <w:docPart w:val="8BDB1DF3AAE345BC845401DCE9027530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5C5A5991" w14:textId="22F49373" w:rsidR="005C45D1" w:rsidRPr="00F85049" w:rsidRDefault="00F85049" w:rsidP="00F85049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5DFF6E84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AE77B3" w14:textId="77777777" w:rsidR="005C45D1" w:rsidRPr="00102881" w:rsidRDefault="00E06A00">
            <w:pPr>
              <w:rPr>
                <w:b/>
                <w:bCs/>
                <w:color w:val="0070C0"/>
              </w:rPr>
            </w:pPr>
            <w:proofErr w:type="spellStart"/>
            <w:r w:rsidRPr="000C7175">
              <w:rPr>
                <w:b/>
                <w:bCs/>
                <w:color w:val="0070C0"/>
              </w:rPr>
              <w:t>Όνομ</w:t>
            </w:r>
            <w:proofErr w:type="spellEnd"/>
            <w:r w:rsidRPr="000C7175">
              <w:rPr>
                <w:b/>
                <w:bCs/>
                <w:color w:val="0070C0"/>
              </w:rPr>
              <w:t>α</w:t>
            </w:r>
            <w:r w:rsidRPr="00102881">
              <w:rPr>
                <w:b/>
                <w:bCs/>
                <w:color w:val="0070C0"/>
              </w:rPr>
              <w:t>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1713383703"/>
              <w:placeholder>
                <w:docPart w:val="540C2EC4D75245CBB5F871AC0452045B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7532DA9A" w14:textId="2525DE0A" w:rsidR="005C45D1" w:rsidRPr="00B062FC" w:rsidRDefault="00941368" w:rsidP="00B062FC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3AF93836" w14:textId="77777777" w:rsidR="005C45D1" w:rsidRPr="00AE47E8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E499C" w14:textId="77777777" w:rsidR="005C45D1" w:rsidRPr="00102881" w:rsidRDefault="00E06A00" w:rsidP="006F7406">
            <w:pPr>
              <w:jc w:val="both"/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Όνομα: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932327587"/>
              <w:placeholder>
                <w:docPart w:val="7C3314735BC441A9966A95EA9A150C13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218A9EEB" w14:textId="4510E42A" w:rsidR="005C45D1" w:rsidRPr="00F85049" w:rsidRDefault="00F85049" w:rsidP="00F85049">
                <w:pPr>
                  <w:spacing w:after="0"/>
                  <w:rPr>
                    <w:rStyle w:val="71"/>
                    <w:bCs w:val="0"/>
                    <w:caps/>
                    <w:smallCaps w:val="0"/>
                    <w:color w:val="000000" w:themeColor="text1"/>
                    <w:spacing w:val="0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1C487A9B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3FB34B" w14:textId="77777777" w:rsidR="005C45D1" w:rsidRDefault="00E06A00">
            <w:proofErr w:type="spellStart"/>
            <w:r>
              <w:t>Όνομ</w:t>
            </w:r>
            <w:proofErr w:type="spellEnd"/>
            <w:r>
              <w:t>α πα</w:t>
            </w:r>
            <w:proofErr w:type="spellStart"/>
            <w:r>
              <w:t>τέρ</w:t>
            </w:r>
            <w:proofErr w:type="spellEnd"/>
            <w:r>
              <w:t>α: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Light"/>
                <w:lang w:val="el-GR"/>
              </w:rPr>
              <w:id w:val="-948693751"/>
              <w:placeholder>
                <w:docPart w:val="B0B8AA99D21447439F0E727B2B38C14F"/>
              </w:placeholder>
              <w:showingPlcHdr/>
            </w:sdtPr>
            <w:sdtEndPr>
              <w:rPr>
                <w:rStyle w:val="Light"/>
              </w:rPr>
            </w:sdtEndPr>
            <w:sdtContent>
              <w:p w14:paraId="45CE08F5" w14:textId="30490CEE" w:rsidR="005C45D1" w:rsidRPr="00F7544D" w:rsidRDefault="00F7544D" w:rsidP="0074529F">
                <w:pPr>
                  <w:rPr>
                    <w:caps/>
                    <w:color w:val="000000" w:themeColor="text1"/>
                    <w:sz w:val="18"/>
                    <w:lang w:val="el-GR"/>
                  </w:rPr>
                </w:pPr>
                <w:r w:rsidRPr="007760FE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0C3A6823" w14:textId="77777777" w:rsidR="005C45D1" w:rsidRPr="0074529F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B9C4FB" w14:textId="77777777" w:rsidR="005C45D1" w:rsidRDefault="00E06A00" w:rsidP="006F7406">
            <w:pPr>
              <w:jc w:val="both"/>
            </w:pPr>
            <w:r>
              <w:t>Όνομα πατέρα: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Light"/>
                <w:lang w:val="el-GR"/>
              </w:rPr>
              <w:id w:val="-1921700186"/>
              <w:placeholder>
                <w:docPart w:val="2C10D876575D42D9A0095F5478587EAF"/>
              </w:placeholder>
              <w:showingPlcHdr/>
            </w:sdtPr>
            <w:sdtEndPr>
              <w:rPr>
                <w:rStyle w:val="Light"/>
              </w:rPr>
            </w:sdtEndPr>
            <w:sdtContent>
              <w:p w14:paraId="6CC6A8D9" w14:textId="723706AA" w:rsidR="005C45D1" w:rsidRPr="002913F2" w:rsidRDefault="00F85049" w:rsidP="0074529F">
                <w:pPr>
                  <w:rPr>
                    <w:caps/>
                    <w:color w:val="000000" w:themeColor="text1"/>
                    <w:sz w:val="18"/>
                    <w:lang w:val="el-GR"/>
                  </w:rPr>
                </w:pPr>
                <w:r w:rsidRPr="007760FE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55A87AC6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9443D5" w14:textId="77777777" w:rsidR="005C45D1" w:rsidRDefault="00E06A00">
            <w:proofErr w:type="spellStart"/>
            <w:r>
              <w:t>Κάτοικος</w:t>
            </w:r>
            <w:proofErr w:type="spellEnd"/>
            <w:r>
              <w:t>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Light"/>
                <w:lang w:val="el-GR"/>
              </w:rPr>
              <w:id w:val="-1586987190"/>
              <w:placeholder>
                <w:docPart w:val="4F53010D40E445C6A975628DEB628C7C"/>
              </w:placeholder>
              <w:showingPlcHdr/>
            </w:sdtPr>
            <w:sdtEndPr>
              <w:rPr>
                <w:rStyle w:val="Light"/>
              </w:rPr>
            </w:sdtEndPr>
            <w:sdtContent>
              <w:p w14:paraId="09FB0CB6" w14:textId="20862615" w:rsidR="005C45D1" w:rsidRPr="0074529F" w:rsidRDefault="00941368" w:rsidP="0074529F">
                <w:pPr>
                  <w:rPr>
                    <w:lang w:val="el-GR"/>
                  </w:rPr>
                </w:pPr>
                <w:r w:rsidRPr="007760FE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7F235CC8" w14:textId="77777777" w:rsidR="005C45D1" w:rsidRPr="0074529F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AB6D7B" w14:textId="77777777" w:rsidR="005C45D1" w:rsidRDefault="00E06A00" w:rsidP="006F7406">
            <w:pPr>
              <w:jc w:val="both"/>
            </w:pPr>
            <w:r>
              <w:t>Κάτοικος: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Light"/>
                <w:lang w:val="el-GR"/>
              </w:rPr>
              <w:id w:val="-1133249331"/>
              <w:placeholder>
                <w:docPart w:val="121603D383FC49F487CDBCF2717104F1"/>
              </w:placeholder>
              <w:showingPlcHdr/>
            </w:sdtPr>
            <w:sdtEndPr>
              <w:rPr>
                <w:rStyle w:val="Light"/>
              </w:rPr>
            </w:sdtEndPr>
            <w:sdtContent>
              <w:p w14:paraId="6D93AEDE" w14:textId="69219EF3" w:rsidR="005C45D1" w:rsidRPr="00F85049" w:rsidRDefault="00F85049" w:rsidP="0074529F">
                <w:pPr>
                  <w:rPr>
                    <w:caps/>
                    <w:color w:val="000000" w:themeColor="text1"/>
                    <w:sz w:val="18"/>
                    <w:lang w:val="el-GR"/>
                  </w:rPr>
                </w:pPr>
                <w:r w:rsidRPr="007760FE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7C5B36F3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7AEF26" w14:textId="77777777" w:rsidR="005C45D1" w:rsidRDefault="00E06A00">
            <w:proofErr w:type="spellStart"/>
            <w:r>
              <w:t>Διεύθυνση</w:t>
            </w:r>
            <w:proofErr w:type="spellEnd"/>
            <w:r>
              <w:t>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Light"/>
                <w:lang w:val="el-GR"/>
              </w:rPr>
              <w:id w:val="-83694650"/>
              <w:placeholder>
                <w:docPart w:val="C7692E911ED24D74B48DC9845E4F1246"/>
              </w:placeholder>
              <w:showingPlcHdr/>
            </w:sdtPr>
            <w:sdtEndPr>
              <w:rPr>
                <w:rStyle w:val="Light"/>
              </w:rPr>
            </w:sdtEndPr>
            <w:sdtContent>
              <w:p w14:paraId="763549E3" w14:textId="5568FDFE" w:rsidR="005C45D1" w:rsidRPr="00F7544D" w:rsidRDefault="00F7544D" w:rsidP="0074529F">
                <w:pPr>
                  <w:rPr>
                    <w:caps/>
                    <w:color w:val="000000" w:themeColor="text1"/>
                    <w:sz w:val="18"/>
                    <w:lang w:val="el-GR"/>
                  </w:rPr>
                </w:pPr>
                <w:r w:rsidRPr="007760FE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7560756F" w14:textId="77777777" w:rsidR="005C45D1" w:rsidRPr="0074529F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8619CA" w14:textId="77777777" w:rsidR="005C45D1" w:rsidRDefault="00E06A00" w:rsidP="006F7406">
            <w:pPr>
              <w:jc w:val="both"/>
            </w:pPr>
            <w:r>
              <w:t>Διεύθυνση: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Light"/>
                <w:lang w:val="el-GR"/>
              </w:rPr>
              <w:id w:val="475730761"/>
              <w:placeholder>
                <w:docPart w:val="75F3C30F044F4F84A06E439FDEF93E1C"/>
              </w:placeholder>
              <w:showingPlcHdr/>
            </w:sdtPr>
            <w:sdtEndPr>
              <w:rPr>
                <w:rStyle w:val="Light"/>
              </w:rPr>
            </w:sdtEndPr>
            <w:sdtContent>
              <w:p w14:paraId="0398149B" w14:textId="79B0DC89" w:rsidR="005C45D1" w:rsidRPr="00F85049" w:rsidRDefault="00F85049" w:rsidP="0074529F">
                <w:pPr>
                  <w:rPr>
                    <w:caps/>
                    <w:color w:val="000000" w:themeColor="text1"/>
                    <w:sz w:val="18"/>
                    <w:lang w:val="el-GR"/>
                  </w:rPr>
                </w:pPr>
                <w:r w:rsidRPr="007760FE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25D3D6E7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814C4" w14:textId="77777777" w:rsidR="005C45D1" w:rsidRPr="00102881" w:rsidRDefault="00E06A00">
            <w:pPr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Α.Φ.Μ.: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1337062345"/>
              <w:placeholder>
                <w:docPart w:val="378735CC2C514D7180DE5E255303E142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18219339" w14:textId="38C3FD86" w:rsidR="005C45D1" w:rsidRPr="00B062FC" w:rsidRDefault="00941368" w:rsidP="00B062FC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B19BA63" w14:textId="77777777" w:rsidR="005C45D1" w:rsidRPr="009845AB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104927" w14:textId="77777777" w:rsidR="005C45D1" w:rsidRPr="00102881" w:rsidRDefault="00E06A00" w:rsidP="006F7406">
            <w:pPr>
              <w:jc w:val="both"/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Α.Φ.Μ.: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1193348493"/>
              <w:placeholder>
                <w:docPart w:val="3BC7D142CCA2473E8CA5DA4B44CD8D6D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5CD300D5" w14:textId="70C3E11D" w:rsidR="005C45D1" w:rsidRPr="00F85049" w:rsidRDefault="00F85049" w:rsidP="00F85049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7AF7EF2A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8287F" w14:textId="77777777" w:rsidR="005C45D1" w:rsidRPr="00102881" w:rsidRDefault="00E06A00">
            <w:pPr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 xml:space="preserve">Τηλέφωνο / </w:t>
            </w:r>
            <w:proofErr w:type="spellStart"/>
            <w:r w:rsidRPr="00102881">
              <w:rPr>
                <w:b/>
                <w:bCs/>
                <w:color w:val="0070C0"/>
              </w:rPr>
              <w:t>Κινητό</w:t>
            </w:r>
            <w:proofErr w:type="spellEnd"/>
            <w:r w:rsidRPr="00102881">
              <w:rPr>
                <w:b/>
                <w:bCs/>
                <w:color w:val="0070C0"/>
              </w:rPr>
              <w:t>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1145938158"/>
              <w:placeholder>
                <w:docPart w:val="501AE3ACED9F4B62AE69766DCF2DB365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47665C0A" w14:textId="51E1D9FE" w:rsidR="005C45D1" w:rsidRPr="00B062FC" w:rsidRDefault="00941368" w:rsidP="00B062FC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3CE5C58C" w14:textId="77777777" w:rsidR="005C45D1" w:rsidRPr="0074529F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D86480" w14:textId="77777777" w:rsidR="005C45D1" w:rsidRPr="00102881" w:rsidRDefault="00E06A00" w:rsidP="006F7406">
            <w:pPr>
              <w:jc w:val="both"/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Τηλέφωνο / Κινητό: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227198164"/>
              <w:placeholder>
                <w:docPart w:val="3D0246603129421CA9849762C0682E20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699457C4" w14:textId="1CC8798C" w:rsidR="005C45D1" w:rsidRPr="00F85049" w:rsidRDefault="00F85049" w:rsidP="00F85049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035E653D" w14:textId="77777777" w:rsidTr="0074529F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9F0CDB" w14:textId="3FA6D0E2" w:rsidR="005C45D1" w:rsidRPr="00102881" w:rsidRDefault="00E06A00">
            <w:pPr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E</w:t>
            </w:r>
            <w:r w:rsidR="00102881">
              <w:rPr>
                <w:b/>
                <w:bCs/>
                <w:color w:val="0070C0"/>
                <w:lang w:val="el-GR"/>
              </w:rPr>
              <w:t>-</w:t>
            </w:r>
            <w:r w:rsidRPr="00102881">
              <w:rPr>
                <w:b/>
                <w:bCs/>
                <w:color w:val="0070C0"/>
              </w:rPr>
              <w:t>mail: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email"/>
              </w:rPr>
              <w:alias w:val="Εισάγετε τα στοιχεία σας"/>
              <w:tag w:val="Εισάγετε τα στοιχεία σας"/>
              <w:id w:val="-1032182273"/>
              <w:placeholder>
                <w:docPart w:val="68070E2BF4DE44F499236310C2C5F1AA"/>
              </w:placeholder>
              <w:showingPlcHdr/>
            </w:sdtPr>
            <w:sdtEndPr>
              <w:rPr>
                <w:rStyle w:val="aff4"/>
                <w:b/>
                <w:caps/>
                <w:lang w:val="el-GR"/>
              </w:rPr>
            </w:sdtEndPr>
            <w:sdtContent>
              <w:p w14:paraId="34BCE4EE" w14:textId="06288DC1" w:rsidR="005C45D1" w:rsidRPr="00941368" w:rsidRDefault="00941368" w:rsidP="00941368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4DA76137" w14:textId="77777777" w:rsidR="005C45D1" w:rsidRPr="00BC2402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496442" w14:textId="7DA848E9" w:rsidR="005C45D1" w:rsidRPr="00102881" w:rsidRDefault="00E06A00" w:rsidP="006F7406">
            <w:pPr>
              <w:jc w:val="both"/>
              <w:rPr>
                <w:b/>
                <w:bCs/>
                <w:color w:val="0070C0"/>
              </w:rPr>
            </w:pPr>
            <w:r w:rsidRPr="00102881">
              <w:rPr>
                <w:b/>
                <w:bCs/>
                <w:color w:val="0070C0"/>
              </w:rPr>
              <w:t>E</w:t>
            </w:r>
            <w:r w:rsidR="00102881">
              <w:rPr>
                <w:b/>
                <w:bCs/>
                <w:color w:val="0070C0"/>
                <w:lang w:val="el-GR"/>
              </w:rPr>
              <w:t>-</w:t>
            </w:r>
            <w:r w:rsidRPr="00102881">
              <w:rPr>
                <w:b/>
                <w:bCs/>
                <w:color w:val="0070C0"/>
              </w:rPr>
              <w:t>mail: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email"/>
              </w:rPr>
              <w:alias w:val="Εισάγετε τα στοιχεία σας"/>
              <w:tag w:val="Εισάγετε τα στοιχεία σας"/>
              <w:id w:val="1625120534"/>
              <w:placeholder>
                <w:docPart w:val="B4C5D0A9CB7C4DB9A0AA6E5242BD0293"/>
              </w:placeholder>
              <w:showingPlcHdr/>
            </w:sdtPr>
            <w:sdtEndPr>
              <w:rPr>
                <w:rStyle w:val="aff4"/>
                <w:b/>
                <w:caps/>
                <w:lang w:val="el-GR"/>
              </w:rPr>
            </w:sdtEndPr>
            <w:sdtContent>
              <w:p w14:paraId="7F97F351" w14:textId="0752C0D7" w:rsidR="005C45D1" w:rsidRPr="00F85049" w:rsidRDefault="00F85049" w:rsidP="00F85049">
                <w:pPr>
                  <w:spacing w:after="0"/>
                  <w:rPr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</w:tbl>
    <w:p w14:paraId="575E7D8C" w14:textId="77777777" w:rsidR="005C45D1" w:rsidRPr="0074529F" w:rsidRDefault="005C45D1">
      <w:pPr>
        <w:spacing w:after="40"/>
        <w:rPr>
          <w:sz w:val="8"/>
          <w:lang w:val="el-GR"/>
        </w:rPr>
      </w:pPr>
    </w:p>
    <w:p w14:paraId="5F033A06" w14:textId="77777777" w:rsidR="005C45D1" w:rsidRPr="0074529F" w:rsidRDefault="005C45D1">
      <w:pPr>
        <w:spacing w:after="40"/>
        <w:rPr>
          <w:sz w:val="8"/>
          <w:lang w:val="el-GR"/>
        </w:rPr>
      </w:pPr>
    </w:p>
    <w:tbl>
      <w:tblPr>
        <w:tblW w:w="10992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0992"/>
      </w:tblGrid>
      <w:tr w:rsidR="005C45D1" w14:paraId="3FFFE0C6" w14:textId="77777777">
        <w:trPr>
          <w:jc w:val="center"/>
        </w:trPr>
        <w:tc>
          <w:tcPr>
            <w:tcW w:w="10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9D5F40A" w14:textId="77777777" w:rsidR="005C45D1" w:rsidRDefault="00E06A00">
            <w:r>
              <w:rPr>
                <w:b/>
                <w:sz w:val="17"/>
              </w:rPr>
              <w:t>Β.  ΓΙΑ ΝΟΜΙΚΑ ΠΡΟΣΩΠΑ *</w:t>
            </w:r>
          </w:p>
        </w:tc>
      </w:tr>
    </w:tbl>
    <w:p w14:paraId="565EEE29" w14:textId="77777777" w:rsidR="005C45D1" w:rsidRDefault="005C45D1">
      <w:pPr>
        <w:spacing w:after="60"/>
        <w:rPr>
          <w:sz w:val="8"/>
        </w:rPr>
      </w:pPr>
    </w:p>
    <w:tbl>
      <w:tblPr>
        <w:tblW w:w="10991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701"/>
        <w:gridCol w:w="9290"/>
      </w:tblGrid>
      <w:tr w:rsidR="005C45D1" w:rsidRPr="008B2A58" w14:paraId="384BB729" w14:textId="77777777" w:rsidTr="006F7406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E379C2" w14:textId="77777777" w:rsidR="005C45D1" w:rsidRPr="00102881" w:rsidRDefault="00E06A00">
            <w:pPr>
              <w:rPr>
                <w:b/>
                <w:bCs/>
              </w:rPr>
            </w:pPr>
            <w:r w:rsidRPr="00102881">
              <w:rPr>
                <w:b/>
                <w:bCs/>
                <w:color w:val="0070C0"/>
              </w:rPr>
              <w:t>Επωνυμία εταιρείας:</w:t>
            </w:r>
          </w:p>
        </w:tc>
        <w:tc>
          <w:tcPr>
            <w:tcW w:w="92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693419541"/>
              <w:placeholder>
                <w:docPart w:val="13478B3EC10143D98BF0786174F6C75E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3BC2B94E" w14:textId="2BFF833C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</w:tbl>
    <w:p w14:paraId="4BBE60DB" w14:textId="77777777" w:rsidR="005C45D1" w:rsidRPr="006F7406" w:rsidRDefault="005C45D1">
      <w:pPr>
        <w:spacing w:after="60"/>
        <w:rPr>
          <w:sz w:val="8"/>
          <w:lang w:val="el-GR"/>
        </w:rPr>
      </w:pPr>
    </w:p>
    <w:tbl>
      <w:tblPr>
        <w:tblW w:w="10990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701"/>
        <w:gridCol w:w="3695"/>
        <w:gridCol w:w="198"/>
        <w:gridCol w:w="785"/>
        <w:gridCol w:w="4611"/>
      </w:tblGrid>
      <w:tr w:rsidR="005C45D1" w:rsidRPr="008B2A58" w14:paraId="441B5832" w14:textId="77777777" w:rsidTr="006F7406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969DE7" w14:textId="77777777" w:rsidR="005C45D1" w:rsidRPr="00102881" w:rsidRDefault="00E06A00">
            <w:pPr>
              <w:rPr>
                <w:b/>
                <w:bCs/>
                <w:color w:val="00B0F0"/>
              </w:rPr>
            </w:pPr>
            <w:r w:rsidRPr="00102881">
              <w:rPr>
                <w:b/>
                <w:bCs/>
                <w:color w:val="0070C0"/>
              </w:rPr>
              <w:t>Διακριτικός τίτλος: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786161255"/>
              <w:placeholder>
                <w:docPart w:val="13338573335C427DB5429D5EC492C771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6A3499C8" w14:textId="05BE0F89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7EFC78F3" w14:textId="77777777" w:rsidR="005C45D1" w:rsidRPr="006F7406" w:rsidRDefault="005C45D1">
            <w:pPr>
              <w:rPr>
                <w:lang w:val="el-GR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6B906AD" w14:textId="77777777" w:rsidR="005C45D1" w:rsidRPr="00102881" w:rsidRDefault="00E06A00">
            <w:pPr>
              <w:rPr>
                <w:b/>
                <w:bCs/>
                <w:color w:val="00B0F0"/>
              </w:rPr>
            </w:pPr>
            <w:r w:rsidRPr="006E3D48">
              <w:rPr>
                <w:b/>
                <w:bCs/>
                <w:color w:val="0070C0"/>
                <w:lang w:val="el-GR"/>
              </w:rPr>
              <w:t>Α.Φ.Μ.: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1797712954"/>
              <w:placeholder>
                <w:docPart w:val="8378026150F54C55A494BDC2074CEB4A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7341F32F" w14:textId="06738177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</w:tbl>
    <w:p w14:paraId="68135565" w14:textId="77777777" w:rsidR="005C45D1" w:rsidRPr="003B465A" w:rsidRDefault="005C45D1">
      <w:pPr>
        <w:spacing w:after="40"/>
        <w:rPr>
          <w:sz w:val="8"/>
          <w:lang w:val="el-GR"/>
        </w:rPr>
      </w:pPr>
    </w:p>
    <w:p w14:paraId="48BFFEB9" w14:textId="77777777" w:rsidR="005C45D1" w:rsidRDefault="00E06A00">
      <w:r>
        <w:rPr>
          <w:b/>
        </w:rPr>
        <w:t>Νόμιμος Εκπρόσωπος</w:t>
      </w:r>
    </w:p>
    <w:tbl>
      <w:tblPr>
        <w:tblW w:w="10990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814"/>
        <w:gridCol w:w="3582"/>
        <w:gridCol w:w="198"/>
        <w:gridCol w:w="1814"/>
        <w:gridCol w:w="3582"/>
      </w:tblGrid>
      <w:tr w:rsidR="005C45D1" w:rsidRPr="008B2A58" w14:paraId="1F1EAEF4" w14:textId="77777777" w:rsidTr="006F7406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9BE2CA" w14:textId="77777777" w:rsidR="005C45D1" w:rsidRDefault="00E06A00">
            <w:r>
              <w:t>Επώνυμο: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672767550"/>
              <w:placeholder>
                <w:docPart w:val="20AA97EB983B43ADA1ADC805C10E6E96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5F582238" w14:textId="1F79FA87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3259915" w14:textId="77777777" w:rsidR="005C45D1" w:rsidRPr="006F7406" w:rsidRDefault="005C45D1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6E9331" w14:textId="77777777" w:rsidR="005C45D1" w:rsidRDefault="00E06A00">
            <w:r>
              <w:t>Τηλέφωνο / Κινητό: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69782399"/>
              <w:placeholder>
                <w:docPart w:val="C385AC00E94B46E3825F4131928347CF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0111B378" w14:textId="68126B7A" w:rsidR="005C45D1" w:rsidRPr="00D82AFC" w:rsidRDefault="00D82AFC" w:rsidP="00D82AFC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277F6C93" w14:textId="77777777" w:rsidTr="006F7406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2A8E7F" w14:textId="77777777" w:rsidR="005C45D1" w:rsidRDefault="00E06A00">
            <w:proofErr w:type="spellStart"/>
            <w:r>
              <w:t>Όνομ</w:t>
            </w:r>
            <w:proofErr w:type="spellEnd"/>
            <w:r>
              <w:t>α: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848918129"/>
              <w:placeholder>
                <w:docPart w:val="CB043D68010B4301B2EB1D41EAF145F8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36A98AE5" w14:textId="0C99AEDF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214252E1" w14:textId="77777777" w:rsidR="005C45D1" w:rsidRPr="006F7406" w:rsidRDefault="005C45D1">
            <w:pPr>
              <w:rPr>
                <w:color w:val="00B0F0"/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72337F" w14:textId="3C02188B" w:rsidR="005C45D1" w:rsidRPr="00102881" w:rsidRDefault="00E06A00">
            <w:pPr>
              <w:rPr>
                <w:b/>
                <w:bCs/>
                <w:color w:val="00B0F0"/>
              </w:rPr>
            </w:pPr>
            <w:r w:rsidRPr="00102881">
              <w:rPr>
                <w:b/>
                <w:bCs/>
                <w:color w:val="0070C0"/>
              </w:rPr>
              <w:t>E</w:t>
            </w:r>
            <w:r w:rsidR="00102881">
              <w:rPr>
                <w:b/>
                <w:bCs/>
                <w:color w:val="0070C0"/>
                <w:lang w:val="el-GR"/>
              </w:rPr>
              <w:t>-</w:t>
            </w:r>
            <w:r w:rsidRPr="00102881">
              <w:rPr>
                <w:b/>
                <w:bCs/>
                <w:color w:val="0070C0"/>
              </w:rPr>
              <w:t>mail</w:t>
            </w:r>
            <w:r w:rsidRPr="0011007F">
              <w:rPr>
                <w:b/>
                <w:bCs/>
                <w:color w:val="0070C0"/>
              </w:rPr>
              <w:t>: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email"/>
              </w:rPr>
              <w:alias w:val="Εισάγετε τα στοιχεία σας"/>
              <w:tag w:val="Εισάγετε τα στοιχεία σας"/>
              <w:id w:val="-1888786170"/>
              <w:placeholder>
                <w:docPart w:val="BBB64814A00D474782BE5E94CA622F96"/>
              </w:placeholder>
              <w:showingPlcHdr/>
            </w:sdtPr>
            <w:sdtEndPr>
              <w:rPr>
                <w:rStyle w:val="aff4"/>
                <w:b/>
                <w:caps/>
                <w:lang w:val="el-GR"/>
              </w:rPr>
            </w:sdtEndPr>
            <w:sdtContent>
              <w:p w14:paraId="202E33A1" w14:textId="05FC3067" w:rsidR="005C45D1" w:rsidRPr="00CF3003" w:rsidRDefault="00CF3003" w:rsidP="00CF3003">
                <w:pPr>
                  <w:spacing w:after="0"/>
                  <w:rPr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90025C" w:rsidRPr="008B2A58" w14:paraId="138AFEAB" w14:textId="77777777" w:rsidTr="006F7406">
        <w:trPr>
          <w:gridAfter w:val="1"/>
          <w:wAfter w:w="3582" w:type="dxa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750902" w14:textId="77777777" w:rsidR="0090025C" w:rsidRDefault="0090025C">
            <w:proofErr w:type="spellStart"/>
            <w:r>
              <w:t>Όνομ</w:t>
            </w:r>
            <w:proofErr w:type="spellEnd"/>
            <w:r>
              <w:t>α πα</w:t>
            </w:r>
            <w:proofErr w:type="spellStart"/>
            <w:r>
              <w:t>τέρ</w:t>
            </w:r>
            <w:proofErr w:type="spellEnd"/>
            <w:r>
              <w:t>α: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78680709"/>
              <w:placeholder>
                <w:docPart w:val="0F8F3C7D4A974DEC96271AD7E7DC425D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4AE7881D" w14:textId="3CA15F05" w:rsidR="0090025C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2F5D9A13" w14:textId="77777777" w:rsidR="0090025C" w:rsidRPr="006F7406" w:rsidRDefault="0090025C">
            <w:pPr>
              <w:rPr>
                <w:lang w:val="el-G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ECA711" w14:textId="77777777" w:rsidR="0090025C" w:rsidRPr="006F7406" w:rsidRDefault="0090025C">
            <w:pPr>
              <w:rPr>
                <w:lang w:val="el-GR"/>
              </w:rPr>
            </w:pPr>
          </w:p>
        </w:tc>
      </w:tr>
    </w:tbl>
    <w:p w14:paraId="56589999" w14:textId="77777777" w:rsidR="005C45D1" w:rsidRPr="006F7406" w:rsidRDefault="005C45D1">
      <w:pPr>
        <w:spacing w:after="40"/>
        <w:rPr>
          <w:sz w:val="8"/>
          <w:lang w:val="el-GR"/>
        </w:rPr>
      </w:pPr>
    </w:p>
    <w:p w14:paraId="3062CEE2" w14:textId="77777777" w:rsidR="00F51124" w:rsidRPr="00605248" w:rsidRDefault="00E06A00">
      <w:pPr>
        <w:spacing w:after="60"/>
        <w:rPr>
          <w:sz w:val="13"/>
          <w:lang w:val="el-GR"/>
        </w:rPr>
      </w:pPr>
      <w:r w:rsidRPr="0060537A">
        <w:rPr>
          <w:sz w:val="13"/>
          <w:lang w:val="el-GR"/>
        </w:rPr>
        <w:t xml:space="preserve">(*) ΝΟΜΙΚΑ ΠΡΟΣΩΠΑ — απαιτούμενα: </w:t>
      </w:r>
    </w:p>
    <w:p w14:paraId="20095442" w14:textId="0A0D0418" w:rsidR="005C45D1" w:rsidRDefault="00E06A00">
      <w:pPr>
        <w:spacing w:after="60"/>
      </w:pPr>
      <w:r w:rsidRPr="0060537A">
        <w:rPr>
          <w:sz w:val="13"/>
          <w:lang w:val="el-GR"/>
        </w:rPr>
        <w:t xml:space="preserve">1. Πρόσφατο πιστοποιητικό ΓΕΜΗ περί εκπροσώπησης.  2. Απόφαση Δ.Σ. ανάλογα με την αιτιολογία σύστασης της δικαιοπραξίας.  </w:t>
      </w:r>
      <w:r>
        <w:rPr>
          <w:sz w:val="13"/>
        </w:rPr>
        <w:t>3. Υπογραφή νόμιμου εκπροσώπου.</w:t>
      </w:r>
    </w:p>
    <w:tbl>
      <w:tblPr>
        <w:tblW w:w="10992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0992"/>
      </w:tblGrid>
      <w:tr w:rsidR="005C45D1" w14:paraId="0302C398" w14:textId="77777777">
        <w:trPr>
          <w:jc w:val="center"/>
        </w:trPr>
        <w:tc>
          <w:tcPr>
            <w:tcW w:w="10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0F21B01" w14:textId="77777777" w:rsidR="005C45D1" w:rsidRDefault="00E06A00">
            <w:r>
              <w:rPr>
                <w:b/>
                <w:sz w:val="17"/>
              </w:rPr>
              <w:t>Γ.  ΑΙΤΗΜΑ</w:t>
            </w:r>
          </w:p>
        </w:tc>
      </w:tr>
    </w:tbl>
    <w:p w14:paraId="1C16439C" w14:textId="77777777" w:rsidR="005C45D1" w:rsidRDefault="005C45D1">
      <w:pPr>
        <w:spacing w:after="60"/>
        <w:rPr>
          <w:sz w:val="8"/>
        </w:rPr>
      </w:pPr>
    </w:p>
    <w:p w14:paraId="1D2C83A7" w14:textId="4D2EE0E5" w:rsidR="005C45D1" w:rsidRPr="00BD78AA" w:rsidRDefault="00E06A00">
      <w:pPr>
        <w:spacing w:after="40"/>
        <w:rPr>
          <w:lang w:val="el-GR"/>
        </w:rPr>
      </w:pPr>
      <w:r w:rsidRPr="0060537A">
        <w:rPr>
          <w:lang w:val="el-GR"/>
        </w:rPr>
        <w:t>Παρακαλώ να μου χορηγήσετε σχετική άδεια σύμφωνα με τις διατάξεις των άρθρων 29 και 32 του Ν. 1892/90, όπως ισχύουν, προκειμένου να συσταθεί δικαιοπραξία:</w:t>
      </w:r>
    </w:p>
    <w:tbl>
      <w:tblPr>
        <w:tblW w:w="10990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340"/>
        <w:gridCol w:w="5070"/>
        <w:gridCol w:w="170"/>
        <w:gridCol w:w="340"/>
        <w:gridCol w:w="5070"/>
      </w:tblGrid>
      <w:tr w:rsidR="00BD78AA" w:rsidRPr="00DB73A9" w14:paraId="187C5BA7" w14:textId="77777777" w:rsidTr="00633928">
        <w:trPr>
          <w:jc w:val="center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sz w:val="15"/>
                <w:szCs w:val="15"/>
              </w:rPr>
              <w:id w:val="-14513165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6A5230" w14:textId="6C05D4BA" w:rsidR="00BD78AA" w:rsidRPr="00DB73A9" w:rsidRDefault="000E1FA1" w:rsidP="00633928">
                <w:pPr>
                  <w:jc w:val="center"/>
                  <w:rPr>
                    <w:sz w:val="15"/>
                    <w:szCs w:val="15"/>
                  </w:rPr>
                </w:pPr>
                <w:r w:rsidRPr="00DB73A9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FDF2B" w14:textId="77777777" w:rsidR="00BD78AA" w:rsidRPr="00DB73A9" w:rsidRDefault="00BD78AA" w:rsidP="00633928">
            <w:pPr>
              <w:rPr>
                <w:sz w:val="15"/>
                <w:szCs w:val="15"/>
                <w:lang w:val="el-GR"/>
              </w:rPr>
            </w:pPr>
            <w:r w:rsidRPr="00DB73A9">
              <w:rPr>
                <w:sz w:val="15"/>
                <w:szCs w:val="15"/>
              </w:rPr>
              <w:t>1. ΑΓΟΡΑ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4578" w14:textId="77777777" w:rsidR="00BD78AA" w:rsidRPr="00DB73A9" w:rsidRDefault="00BD78AA" w:rsidP="00633928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sdt>
            <w:sdtPr>
              <w:rPr>
                <w:sz w:val="15"/>
                <w:szCs w:val="15"/>
              </w:rPr>
              <w:id w:val="1252629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2E60E" w14:textId="1E93B40A" w:rsidR="00BD78AA" w:rsidRPr="00DB73A9" w:rsidRDefault="00454DF7" w:rsidP="00633928">
                <w:pPr>
                  <w:rPr>
                    <w:sz w:val="15"/>
                    <w:szCs w:val="15"/>
                  </w:rPr>
                </w:pPr>
                <w:r w:rsidRPr="00DB73A9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50A2A5" w14:textId="77777777" w:rsidR="00BD78AA" w:rsidRPr="00DB73A9" w:rsidRDefault="00BD78AA" w:rsidP="00633928">
            <w:pPr>
              <w:rPr>
                <w:sz w:val="15"/>
                <w:szCs w:val="15"/>
              </w:rPr>
            </w:pPr>
            <w:r w:rsidRPr="00DB73A9">
              <w:rPr>
                <w:sz w:val="15"/>
                <w:szCs w:val="15"/>
              </w:rPr>
              <w:t>4. ΚΑΤΑΣΧΕΣΗ ΑΚΙΝΗΤΟΥ</w:t>
            </w:r>
          </w:p>
        </w:tc>
      </w:tr>
      <w:tr w:rsidR="00BD78AA" w:rsidRPr="008B2A58" w14:paraId="2A09557E" w14:textId="77777777" w:rsidTr="00633928">
        <w:trPr>
          <w:jc w:val="center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sz w:val="15"/>
                <w:szCs w:val="15"/>
              </w:rPr>
              <w:id w:val="1601681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D4C29F" w14:textId="69EA3601" w:rsidR="00BD78AA" w:rsidRPr="00DB73A9" w:rsidRDefault="000D10C8" w:rsidP="00633928">
                <w:pPr>
                  <w:jc w:val="center"/>
                  <w:rPr>
                    <w:sz w:val="15"/>
                    <w:szCs w:val="15"/>
                  </w:rPr>
                </w:pPr>
                <w:r w:rsidRPr="00DB73A9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B4D5C" w14:textId="77777777" w:rsidR="00BD78AA" w:rsidRPr="00DB73A9" w:rsidRDefault="00BD78AA" w:rsidP="00633928">
            <w:pPr>
              <w:rPr>
                <w:sz w:val="15"/>
                <w:szCs w:val="15"/>
              </w:rPr>
            </w:pPr>
            <w:r w:rsidRPr="00DB73A9">
              <w:rPr>
                <w:sz w:val="15"/>
                <w:szCs w:val="15"/>
              </w:rPr>
              <w:t>2. ΔΩΡΕΑ (εν ζωή)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CF83" w14:textId="77777777" w:rsidR="00BD78AA" w:rsidRPr="00DB73A9" w:rsidRDefault="00BD78AA" w:rsidP="00633928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sdt>
            <w:sdtPr>
              <w:rPr>
                <w:sz w:val="15"/>
                <w:szCs w:val="15"/>
              </w:rPr>
              <w:id w:val="-1958482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0CAFA1" w14:textId="7E481F1E" w:rsidR="00BD78AA" w:rsidRPr="00DB73A9" w:rsidRDefault="009C1AD8" w:rsidP="00633928">
                <w:pPr>
                  <w:rPr>
                    <w:sz w:val="15"/>
                    <w:szCs w:val="15"/>
                  </w:rPr>
                </w:pPr>
                <w:r w:rsidRPr="00DB73A9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A8190" w14:textId="3106D006" w:rsidR="00BD78AA" w:rsidRPr="009423C5" w:rsidRDefault="00BD78AA" w:rsidP="009423C5">
            <w:pPr>
              <w:spacing w:after="0"/>
              <w:rPr>
                <w:color w:val="000000" w:themeColor="text1"/>
                <w:sz w:val="18"/>
                <w:lang w:val="el-GR"/>
              </w:rPr>
            </w:pPr>
            <w:r w:rsidRPr="00DB73A9">
              <w:rPr>
                <w:sz w:val="15"/>
                <w:szCs w:val="15"/>
                <w:lang w:val="el-GR"/>
              </w:rPr>
              <w:t xml:space="preserve">5. </w:t>
            </w:r>
            <w:r w:rsidR="00B84930" w:rsidRPr="00DB73A9">
              <w:rPr>
                <w:sz w:val="15"/>
                <w:szCs w:val="15"/>
                <w:lang w:val="el-GR"/>
              </w:rPr>
              <w:t>Άλλο (προσδιορίστε):</w:t>
            </w:r>
            <w:r w:rsidR="0011007F" w:rsidRPr="0011007F">
              <w:rPr>
                <w:rStyle w:val="email"/>
                <w:lang w:val="el-GR"/>
              </w:rPr>
              <w:t xml:space="preserve"> </w:t>
            </w:r>
            <w:sdt>
              <w:sdtPr>
                <w:rPr>
                  <w:rStyle w:val="Light"/>
                </w:rPr>
                <w:alias w:val="Εισάγετε τα στοιχεία σας"/>
                <w:tag w:val="Εισάγετε τα στοιχεία σας"/>
                <w:id w:val="389540436"/>
                <w:placeholder>
                  <w:docPart w:val="070B69D89CC24D9AB302561B384B0994"/>
                </w:placeholder>
                <w:showingPlcHdr/>
              </w:sdtPr>
              <w:sdtEndPr>
                <w:rPr>
                  <w:rStyle w:val="aff4"/>
                  <w:b/>
                  <w:lang w:val="el-GR"/>
                </w:rPr>
              </w:sdtEndPr>
              <w:sdtContent>
                <w:r w:rsidR="0011007F"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sdtContent>
            </w:sdt>
          </w:p>
        </w:tc>
      </w:tr>
      <w:tr w:rsidR="00BD78AA" w:rsidRPr="000C7175" w14:paraId="28CD5806" w14:textId="77777777" w:rsidTr="00353425">
        <w:trPr>
          <w:jc w:val="center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sz w:val="15"/>
                <w:szCs w:val="15"/>
              </w:rPr>
              <w:id w:val="-3287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2196FE" w14:textId="34FE569F" w:rsidR="00BD78AA" w:rsidRPr="00DB73A9" w:rsidRDefault="006F3354" w:rsidP="00633928">
                <w:pPr>
                  <w:jc w:val="center"/>
                  <w:rPr>
                    <w:sz w:val="15"/>
                    <w:szCs w:val="15"/>
                  </w:rPr>
                </w:pPr>
                <w:r w:rsidRPr="00DB73A9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A6E67" w14:textId="34FE83E2" w:rsidR="00BD78AA" w:rsidRPr="00DB73A9" w:rsidRDefault="00BD78AA" w:rsidP="00633928">
            <w:pPr>
              <w:rPr>
                <w:sz w:val="15"/>
                <w:szCs w:val="15"/>
                <w:lang w:val="el-GR"/>
              </w:rPr>
            </w:pPr>
            <w:r w:rsidRPr="00DB73A9">
              <w:rPr>
                <w:sz w:val="15"/>
                <w:szCs w:val="15"/>
                <w:lang w:val="el-GR"/>
              </w:rPr>
              <w:t xml:space="preserve">3. ΜΙΣΘΩΣΗ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6757" w14:textId="77777777" w:rsidR="00BD78AA" w:rsidRPr="00DB73A9" w:rsidRDefault="00BD78AA" w:rsidP="00633928">
            <w:pPr>
              <w:rPr>
                <w:sz w:val="15"/>
                <w:szCs w:val="15"/>
                <w:lang w:val="el-GR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B739B" w14:textId="3D9BBCDC" w:rsidR="00BD78AA" w:rsidRPr="00DB73A9" w:rsidRDefault="00BD78AA" w:rsidP="00633928">
            <w:pPr>
              <w:rPr>
                <w:sz w:val="15"/>
                <w:szCs w:val="15"/>
                <w:lang w:val="el-GR"/>
              </w:rPr>
            </w:pPr>
          </w:p>
        </w:tc>
        <w:tc>
          <w:tcPr>
            <w:tcW w:w="5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DCEFD05" w14:textId="19E692D5" w:rsidR="00BD78AA" w:rsidRPr="00DB73A9" w:rsidRDefault="00BD78AA" w:rsidP="00633928">
            <w:pPr>
              <w:rPr>
                <w:sz w:val="15"/>
                <w:szCs w:val="15"/>
                <w:lang w:val="el-GR"/>
              </w:rPr>
            </w:pPr>
          </w:p>
        </w:tc>
      </w:tr>
    </w:tbl>
    <w:p w14:paraId="4FC36F30" w14:textId="77777777" w:rsidR="005C45D1" w:rsidRPr="0060537A" w:rsidRDefault="00E06A00" w:rsidP="00BD78AA">
      <w:pPr>
        <w:spacing w:before="60" w:after="40"/>
        <w:rPr>
          <w:lang w:val="el-GR"/>
        </w:rPr>
      </w:pPr>
      <w:r w:rsidRPr="0060537A">
        <w:rPr>
          <w:lang w:val="el-GR"/>
        </w:rPr>
        <w:t>Επί ακινήτου ιδιοκτησίας του/των:</w:t>
      </w:r>
    </w:p>
    <w:tbl>
      <w:tblPr>
        <w:tblW w:w="10992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0992"/>
      </w:tblGrid>
      <w:tr w:rsidR="005C45D1" w:rsidRPr="008B2A58" w14:paraId="28FE7215" w14:textId="77777777">
        <w:trPr>
          <w:jc w:val="center"/>
        </w:trPr>
        <w:tc>
          <w:tcPr>
            <w:tcW w:w="10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557972187"/>
              <w:placeholder>
                <w:docPart w:val="8D7CFEBC92054213A5EB4B486DFEB1F0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178D7642" w14:textId="5207981E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5C45D1" w:rsidRPr="008B2A58" w14:paraId="6580CBDF" w14:textId="77777777">
        <w:trPr>
          <w:jc w:val="center"/>
        </w:trPr>
        <w:tc>
          <w:tcPr>
            <w:tcW w:w="10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577364955"/>
              <w:placeholder>
                <w:docPart w:val="1B772A8E2B6A49AFAFEB4D16E359AA60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446B5AA2" w14:textId="0EA04DD8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</w:tbl>
    <w:p w14:paraId="191A0DBE" w14:textId="77777777" w:rsidR="005C45D1" w:rsidRPr="0060537A" w:rsidRDefault="005C45D1">
      <w:pPr>
        <w:spacing w:after="60"/>
        <w:rPr>
          <w:sz w:val="8"/>
          <w:lang w:val="el-GR"/>
        </w:rPr>
      </w:pPr>
    </w:p>
    <w:tbl>
      <w:tblPr>
        <w:tblW w:w="10990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2268"/>
        <w:gridCol w:w="4395"/>
        <w:gridCol w:w="567"/>
        <w:gridCol w:w="992"/>
        <w:gridCol w:w="2768"/>
      </w:tblGrid>
      <w:tr w:rsidR="005C45D1" w:rsidRPr="000C7175" w14:paraId="71739CEC" w14:textId="77777777" w:rsidTr="006F740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8E02CD" w14:textId="77777777" w:rsidR="005C45D1" w:rsidRDefault="00E06A00">
            <w:r>
              <w:t>Που βρίσκεται στη θέση: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399439763"/>
              <w:placeholder>
                <w:docPart w:val="24F928960DB9460AB4D5DB964B81A72F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3E0E1E9B" w14:textId="00882929" w:rsidR="005C45D1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B8F9A0" w14:textId="77777777" w:rsidR="005C45D1" w:rsidRPr="002F4B2F" w:rsidRDefault="005C45D1">
            <w:pPr>
              <w:rPr>
                <w:lang w:val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3661" w14:textId="77777777" w:rsidR="005C45D1" w:rsidRDefault="00E06A00" w:rsidP="00D2674F">
            <w:r>
              <w:t>του Δήμου: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2028778238"/>
              <w:placeholder>
                <w:docPart w:val="938409860EFA43CEAD00B7E23FB7F5EB"/>
              </w:placeholder>
            </w:sdtPr>
            <w:sdtEndPr>
              <w:rPr>
                <w:rStyle w:val="aff4"/>
                <w:lang w:val="el-GR"/>
              </w:rPr>
            </w:sdtEndPr>
            <w:sdtContent>
              <w:sdt>
                <w:sdtPr>
                  <w:rPr>
                    <w:rStyle w:val="aff4"/>
                  </w:rPr>
                  <w:id w:val="-2079283648"/>
                  <w:placeholder>
                    <w:docPart w:val="DefaultPlaceholder_-1854013438"/>
                  </w:placeholder>
                  <w:showingPlcHdr/>
                  <w:dropDownList>
                    <w:listItem w:value="Επιλέξτε ένα στοιχείο."/>
                    <w:listItem w:displayText="ΗΡΑΚΛΕΙΟΥ" w:value="ΗΡΑΚΛΕΙΟΥ"/>
                    <w:listItem w:displayText="ΜΙΝΩΑ ΠΕΔΙΑΔΑΣ" w:value="ΜΙΝΩΑ ΠΕΔΙΑΔΑΣ"/>
                    <w:listItem w:displayText="ΦΑΙΣΤΟΥ" w:value="ΦΑΙΣΤΟΥ"/>
                    <w:listItem w:displayText="ΧΕΡΣΟΝΗΣΟΥ" w:value="ΧΕΡΣΟΝΗΣΟΥ"/>
                  </w:dropDownList>
                </w:sdtPr>
                <w:sdtEndPr>
                  <w:rPr>
                    <w:rStyle w:val="aff4"/>
                  </w:rPr>
                </w:sdtEndPr>
                <w:sdtContent>
                  <w:p w14:paraId="022C1D7B" w14:textId="21CBE505" w:rsidR="005C45D1" w:rsidRPr="00CF3003" w:rsidRDefault="002E06F4" w:rsidP="00CF3003">
                    <w:pPr>
                      <w:spacing w:after="0"/>
                      <w:rPr>
                        <w:b/>
                        <w:caps/>
                        <w:color w:val="000000" w:themeColor="text1"/>
                        <w:sz w:val="18"/>
                        <w:lang w:val="el-GR"/>
                      </w:rPr>
                    </w:pPr>
                    <w:r w:rsidRPr="00FF0EA6">
                      <w:rPr>
                        <w:rStyle w:val="aff3"/>
                      </w:rPr>
                      <w:t>Επιλέξτε ένα στοιχείο.</w:t>
                    </w:r>
                  </w:p>
                </w:sdtContent>
              </w:sdt>
            </w:sdtContent>
          </w:sdt>
        </w:tc>
      </w:tr>
    </w:tbl>
    <w:p w14:paraId="7B57EE23" w14:textId="77777777" w:rsidR="005C45D1" w:rsidRPr="002F4B2F" w:rsidRDefault="005C45D1">
      <w:pPr>
        <w:spacing w:after="40"/>
        <w:rPr>
          <w:sz w:val="8"/>
          <w:lang w:val="el-GR"/>
        </w:rPr>
      </w:pPr>
    </w:p>
    <w:p w14:paraId="7757B4EA" w14:textId="77777777" w:rsidR="005C45D1" w:rsidRPr="0060537A" w:rsidRDefault="00E06A00">
      <w:pPr>
        <w:rPr>
          <w:lang w:val="el-GR"/>
        </w:rPr>
      </w:pPr>
      <w:r w:rsidRPr="0060537A">
        <w:rPr>
          <w:lang w:val="el-GR"/>
        </w:rPr>
        <w:t>Όπως αποτυπώνεται στο Τοπογραφικό Διάγραμμα:</w:t>
      </w:r>
    </w:p>
    <w:tbl>
      <w:tblPr>
        <w:tblW w:w="10988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2268"/>
        <w:gridCol w:w="4395"/>
        <w:gridCol w:w="140"/>
        <w:gridCol w:w="1397"/>
        <w:gridCol w:w="2788"/>
      </w:tblGrid>
      <w:tr w:rsidR="00F51124" w:rsidRPr="008B2A58" w14:paraId="2ACD0DAD" w14:textId="77777777" w:rsidTr="009F2EFE">
        <w:trPr>
          <w:trHeight w:val="3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C46D1D" w14:textId="1CBDF432" w:rsidR="00F51124" w:rsidRPr="000D10C8" w:rsidRDefault="000D10C8">
            <w:pPr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 w:rsidR="00D91BED">
              <w:rPr>
                <w:lang w:val="el-GR"/>
              </w:rPr>
              <w:t>Α</w:t>
            </w:r>
            <w:r w:rsidRPr="00102881">
              <w:rPr>
                <w:lang w:val="el-GR"/>
              </w:rPr>
              <w:t>ρμόδιο</w:t>
            </w:r>
            <w:r w:rsidR="00D91BED">
              <w:rPr>
                <w:lang w:val="el-GR"/>
              </w:rPr>
              <w:t>ς</w:t>
            </w:r>
            <w:r w:rsidR="00F51124" w:rsidRPr="00102881">
              <w:t xml:space="preserve"> </w:t>
            </w:r>
            <w:r w:rsidR="00F51124">
              <w:t>Μηχανικ</w:t>
            </w:r>
            <w:r w:rsidR="00D91BED">
              <w:rPr>
                <w:lang w:val="el-GR"/>
              </w:rPr>
              <w:t>ός</w:t>
            </w:r>
            <w:r w:rsidR="00032AB2">
              <w:rPr>
                <w:lang w:val="el-GR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24338420"/>
              <w:placeholder>
                <w:docPart w:val="9AC094E9399B4DA0BEFD28EF5B0DF5BA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5C9AF854" w14:textId="2D522942" w:rsidR="00F51124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4035A607" w14:textId="77777777" w:rsidR="00F51124" w:rsidRPr="002F4B2F" w:rsidRDefault="00F51124">
            <w:pPr>
              <w:rPr>
                <w:lang w:val="el-GR"/>
              </w:rPr>
            </w:pPr>
          </w:p>
        </w:tc>
        <w:tc>
          <w:tcPr>
            <w:tcW w:w="1397" w:type="dxa"/>
            <w:vMerge w:val="restart"/>
            <w:tcBorders>
              <w:top w:val="nil"/>
              <w:left w:val="nil"/>
              <w:right w:val="nil"/>
            </w:tcBorders>
          </w:tcPr>
          <w:p w14:paraId="53E00AC0" w14:textId="77777777" w:rsidR="00F51124" w:rsidRPr="00C36B23" w:rsidRDefault="00F51124">
            <w:pPr>
              <w:rPr>
                <w:b/>
                <w:bCs/>
                <w:color w:val="0070C0"/>
                <w:sz w:val="15"/>
                <w:szCs w:val="15"/>
              </w:rPr>
            </w:pPr>
            <w:r w:rsidRPr="00C36B23">
              <w:rPr>
                <w:b/>
                <w:bCs/>
                <w:color w:val="0070C0"/>
                <w:sz w:val="15"/>
                <w:szCs w:val="15"/>
              </w:rPr>
              <w:t xml:space="preserve">Κωδικός Ηλεκτρ. </w:t>
            </w:r>
          </w:p>
          <w:p w14:paraId="652F2984" w14:textId="5CA8D429" w:rsidR="00F51124" w:rsidRPr="00C36B23" w:rsidRDefault="00F51124">
            <w:pPr>
              <w:rPr>
                <w:b/>
                <w:bCs/>
              </w:rPr>
            </w:pPr>
            <w:r w:rsidRPr="00C36B23">
              <w:rPr>
                <w:b/>
                <w:bCs/>
                <w:color w:val="0070C0"/>
                <w:sz w:val="15"/>
                <w:szCs w:val="15"/>
              </w:rPr>
              <w:t>Διαγρ. (ΚΗΔ):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-480387875"/>
              <w:placeholder>
                <w:docPart w:val="383232194DDB4B36A4B872C64F7CB5EF"/>
              </w:placeholder>
              <w:showingPlcHdr/>
            </w:sdtPr>
            <w:sdtEndPr>
              <w:rPr>
                <w:rStyle w:val="aff4"/>
                <w:lang w:val="el-GR"/>
              </w:rPr>
            </w:sdtEndPr>
            <w:sdtContent>
              <w:p w14:paraId="5D589806" w14:textId="024ADCAF" w:rsidR="00F51124" w:rsidRPr="00CF3003" w:rsidRDefault="00CF3003" w:rsidP="00CF3003">
                <w:pPr>
                  <w:spacing w:after="0"/>
                  <w:rPr>
                    <w:b/>
                    <w:caps/>
                    <w:color w:val="000000" w:themeColor="text1"/>
                    <w:sz w:val="18"/>
                    <w:lang w:val="el-GR"/>
                  </w:rPr>
                </w:pPr>
                <w:r w:rsidRPr="00941368">
                  <w:rPr>
                    <w:rStyle w:val="aff3"/>
                    <w:sz w:val="12"/>
                    <w:szCs w:val="12"/>
                    <w:lang w:val="el-GR"/>
                  </w:rPr>
                  <w:t>Κάντε κλικ ή πατήστε εδώ για να εισαγάγετε κείμενο.</w:t>
                </w:r>
              </w:p>
            </w:sdtContent>
          </w:sdt>
        </w:tc>
      </w:tr>
      <w:tr w:rsidR="001E3F36" w:rsidRPr="008B2A58" w14:paraId="2C613D60" w14:textId="77777777" w:rsidTr="009F2EFE">
        <w:trPr>
          <w:gridAfter w:val="1"/>
          <w:wAfter w:w="2788" w:type="dxa"/>
          <w:trHeight w:val="11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92641E" w14:textId="5DF19C69" w:rsidR="001E3F36" w:rsidRDefault="001E3F36">
            <w:r w:rsidRPr="00D2674F">
              <w:rPr>
                <w:lang w:val="el-GR"/>
              </w:rPr>
              <w:t>Ημερομηνία διαγ</w:t>
            </w:r>
            <w:r w:rsidR="002F4B2F">
              <w:rPr>
                <w:lang w:val="el-GR"/>
              </w:rPr>
              <w:t>ράμμα</w:t>
            </w:r>
            <w:r w:rsidRPr="00D2674F">
              <w:rPr>
                <w:lang w:val="el-GR"/>
              </w:rPr>
              <w:t>τος: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sdt>
            <w:sdtPr>
              <w:rPr>
                <w:rStyle w:val="aff4"/>
              </w:rPr>
              <w:alias w:val="Εισάγετε τα στοιχεία σας"/>
              <w:tag w:val="Εισάγετε τα στοιχεία σας"/>
              <w:id w:val="1312986670"/>
              <w:placeholder>
                <w:docPart w:val="5A7C6DBD7E704E22AE3BB5811AF8C962"/>
              </w:placeholder>
            </w:sdtPr>
            <w:sdtEndPr>
              <w:rPr>
                <w:rStyle w:val="aff4"/>
                <w:lang w:val="el-GR"/>
              </w:rPr>
            </w:sdtEndPr>
            <w:sdtContent>
              <w:sdt>
                <w:sdtPr>
                  <w:rPr>
                    <w:rStyle w:val="aff4"/>
                  </w:rPr>
                  <w:id w:val="-2015915686"/>
                  <w:placeholder>
                    <w:docPart w:val="DefaultPlaceholder_-1854013440"/>
                  </w:placeholder>
                </w:sdtPr>
                <w:sdtEndPr>
                  <w:rPr>
                    <w:rStyle w:val="aff4"/>
                  </w:rPr>
                </w:sdtEndPr>
                <w:sdtContent>
                  <w:sdt>
                    <w:sdtPr>
                      <w:rPr>
                        <w:rStyle w:val="aff4"/>
                      </w:rPr>
                      <w:id w:val="1365486291"/>
                      <w:placeholder>
                        <w:docPart w:val="DefaultPlaceholder_-1854013440"/>
                      </w:placeholder>
                    </w:sdtPr>
                    <w:sdtEndPr>
                      <w:rPr>
                        <w:rStyle w:val="aff4"/>
                      </w:rPr>
                    </w:sdtEndPr>
                    <w:sdtContent>
                      <w:sdt>
                        <w:sdtPr>
                          <w:rPr>
                            <w:rStyle w:val="aff4"/>
                          </w:rPr>
                          <w:id w:val="-772466739"/>
                          <w:placeholder>
                            <w:docPart w:val="DefaultPlaceholder_-1854013440"/>
                          </w:placeholder>
                        </w:sdtPr>
                        <w:sdtEndPr>
                          <w:rPr>
                            <w:rStyle w:val="aff4"/>
                          </w:rPr>
                        </w:sdtEndPr>
                        <w:sdtContent>
                          <w:sdt>
                            <w:sdtPr>
                              <w:rPr>
                                <w:rStyle w:val="aff4"/>
                              </w:rPr>
                              <w:id w:val="-1392421542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EndPr>
                              <w:rPr>
                                <w:rStyle w:val="aff4"/>
                              </w:rPr>
                            </w:sdtEndPr>
                            <w:sdtContent>
                              <w:p w14:paraId="66178433" w14:textId="490D4310" w:rsidR="001E3F36" w:rsidRPr="00CF3003" w:rsidRDefault="009F2EFE" w:rsidP="00CF3003">
                                <w:pPr>
                                  <w:spacing w:after="0"/>
                                  <w:rPr>
                                    <w:b/>
                                    <w:caps/>
                                    <w:color w:val="000000" w:themeColor="text1"/>
                                    <w:sz w:val="18"/>
                                    <w:lang w:val="el-GR"/>
                                  </w:rPr>
                                </w:pPr>
                                <w:r w:rsidRPr="00E959C1">
                                  <w:rPr>
                                    <w:rStyle w:val="aff3"/>
                                    <w:sz w:val="12"/>
                                    <w:szCs w:val="12"/>
                                    <w:lang w:val="el-GR"/>
                                  </w:rPr>
                                  <w:t>Κάντε κλικ ή πατήστε εδώ για να εισαγάγετε κείμενο.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2F37864C" w14:textId="77777777" w:rsidR="001E3F36" w:rsidRPr="002F4B2F" w:rsidRDefault="001E3F36">
            <w:pPr>
              <w:rPr>
                <w:lang w:val="el-GR"/>
              </w:rPr>
            </w:pPr>
          </w:p>
        </w:tc>
        <w:tc>
          <w:tcPr>
            <w:tcW w:w="1397" w:type="dxa"/>
            <w:vMerge/>
            <w:tcBorders>
              <w:left w:val="nil"/>
              <w:bottom w:val="nil"/>
              <w:right w:val="nil"/>
            </w:tcBorders>
          </w:tcPr>
          <w:p w14:paraId="0027EF6C" w14:textId="77777777" w:rsidR="001E3F36" w:rsidRPr="002F4B2F" w:rsidRDefault="001E3F36">
            <w:pPr>
              <w:rPr>
                <w:lang w:val="el-GR"/>
              </w:rPr>
            </w:pPr>
          </w:p>
        </w:tc>
      </w:tr>
    </w:tbl>
    <w:p w14:paraId="297C55F6" w14:textId="77777777" w:rsidR="005C45D1" w:rsidRPr="002F4B2F" w:rsidRDefault="005C45D1">
      <w:pPr>
        <w:spacing w:after="40"/>
        <w:rPr>
          <w:sz w:val="8"/>
          <w:lang w:val="el-GR"/>
        </w:rPr>
      </w:pPr>
    </w:p>
    <w:p w14:paraId="45464630" w14:textId="036A912E" w:rsidR="005C45D1" w:rsidRPr="000C7175" w:rsidRDefault="00E06A00" w:rsidP="00BD78AA">
      <w:pPr>
        <w:spacing w:after="60"/>
        <w:rPr>
          <w:b/>
          <w:bCs/>
          <w:color w:val="0070C0"/>
          <w:szCs w:val="16"/>
          <w:lang w:val="el-GR"/>
        </w:rPr>
      </w:pPr>
      <w:r w:rsidRPr="000C7175">
        <w:rPr>
          <w:b/>
          <w:bCs/>
          <w:i/>
          <w:color w:val="0070C0"/>
          <w:szCs w:val="16"/>
          <w:lang w:val="el-GR"/>
        </w:rPr>
        <w:t>Σημείωση: Τ</w:t>
      </w:r>
      <w:r w:rsidR="00DA1BE6" w:rsidRPr="000C7175">
        <w:rPr>
          <w:b/>
          <w:bCs/>
          <w:i/>
          <w:color w:val="0070C0"/>
          <w:szCs w:val="16"/>
          <w:lang w:val="el-GR"/>
        </w:rPr>
        <w:t>ο</w:t>
      </w:r>
      <w:r w:rsidRPr="000C7175">
        <w:rPr>
          <w:b/>
          <w:bCs/>
          <w:i/>
          <w:color w:val="0070C0"/>
          <w:szCs w:val="16"/>
          <w:lang w:val="el-GR"/>
        </w:rPr>
        <w:t xml:space="preserve"> τοπογραφικ</w:t>
      </w:r>
      <w:r w:rsidR="00DA1BE6" w:rsidRPr="000C7175">
        <w:rPr>
          <w:b/>
          <w:bCs/>
          <w:i/>
          <w:color w:val="0070C0"/>
          <w:szCs w:val="16"/>
          <w:lang w:val="el-GR"/>
        </w:rPr>
        <w:t>ό</w:t>
      </w:r>
      <w:r w:rsidRPr="000C7175">
        <w:rPr>
          <w:b/>
          <w:bCs/>
          <w:i/>
          <w:color w:val="0070C0"/>
          <w:szCs w:val="16"/>
          <w:lang w:val="el-GR"/>
        </w:rPr>
        <w:t xml:space="preserve"> να περιλαμβάν</w:t>
      </w:r>
      <w:r w:rsidR="00DA1BE6" w:rsidRPr="000C7175">
        <w:rPr>
          <w:b/>
          <w:bCs/>
          <w:i/>
          <w:color w:val="0070C0"/>
          <w:szCs w:val="16"/>
          <w:lang w:val="el-GR"/>
        </w:rPr>
        <w:t>ει</w:t>
      </w:r>
      <w:r w:rsidRPr="000C7175">
        <w:rPr>
          <w:b/>
          <w:bCs/>
          <w:i/>
          <w:color w:val="0070C0"/>
          <w:szCs w:val="16"/>
          <w:lang w:val="el-GR"/>
        </w:rPr>
        <w:t xml:space="preserve"> χάρτη 1:50.000 με εντοπισμό του ακινήτου και προβολικό σύστημα Ε.Γ.Σ.Α. '87.</w:t>
      </w:r>
    </w:p>
    <w:p w14:paraId="6EE94AB5" w14:textId="77777777" w:rsidR="005C45D1" w:rsidRPr="00102881" w:rsidRDefault="005C45D1">
      <w:pPr>
        <w:spacing w:after="40"/>
        <w:rPr>
          <w:color w:val="0070C0"/>
          <w:sz w:val="8"/>
          <w:lang w:val="el-GR"/>
        </w:rPr>
      </w:pPr>
    </w:p>
    <w:tbl>
      <w:tblPr>
        <w:tblW w:w="10992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10992"/>
      </w:tblGrid>
      <w:tr w:rsidR="005C45D1" w:rsidRPr="008B2A58" w14:paraId="72F85383" w14:textId="77777777">
        <w:trPr>
          <w:jc w:val="center"/>
        </w:trPr>
        <w:tc>
          <w:tcPr>
            <w:tcW w:w="10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6E3F9F1" w14:textId="523BF282" w:rsidR="005C45D1" w:rsidRPr="0060537A" w:rsidRDefault="00BD78AA">
            <w:pPr>
              <w:rPr>
                <w:lang w:val="el-GR"/>
              </w:rPr>
            </w:pPr>
            <w:r>
              <w:rPr>
                <w:b/>
                <w:sz w:val="17"/>
                <w:lang w:val="el-GR"/>
              </w:rPr>
              <w:t>Δ</w:t>
            </w:r>
            <w:r w:rsidRPr="0060537A">
              <w:rPr>
                <w:b/>
                <w:sz w:val="17"/>
                <w:lang w:val="el-GR"/>
              </w:rPr>
              <w:t xml:space="preserve">.  ΣΥΝΗΜΜΕΝΑ ΠΟΥ ΥΠΟΒΑΛΛΟΝΤΑΙ ΜΕ </w:t>
            </w:r>
            <w:r>
              <w:rPr>
                <w:b/>
                <w:sz w:val="17"/>
              </w:rPr>
              <w:t>E</w:t>
            </w:r>
            <w:r w:rsidRPr="0060537A">
              <w:rPr>
                <w:b/>
                <w:sz w:val="17"/>
                <w:lang w:val="el-GR"/>
              </w:rPr>
              <w:t>-</w:t>
            </w:r>
            <w:r>
              <w:rPr>
                <w:b/>
                <w:sz w:val="17"/>
              </w:rPr>
              <w:t>MAIL</w:t>
            </w:r>
          </w:p>
        </w:tc>
      </w:tr>
    </w:tbl>
    <w:p w14:paraId="3BA8B4F0" w14:textId="77777777" w:rsidR="005C45D1" w:rsidRPr="0060537A" w:rsidRDefault="005C45D1">
      <w:pPr>
        <w:spacing w:after="60"/>
        <w:rPr>
          <w:sz w:val="8"/>
          <w:lang w:val="el-GR"/>
        </w:rPr>
      </w:pPr>
    </w:p>
    <w:tbl>
      <w:tblPr>
        <w:tblW w:w="10990" w:type="dxa"/>
        <w:jc w:val="center"/>
        <w:tblLayout w:type="fixed"/>
        <w:tblCellMar>
          <w:top w:w="8" w:type="dxa"/>
          <w:left w:w="60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340"/>
        <w:gridCol w:w="5070"/>
        <w:gridCol w:w="170"/>
        <w:gridCol w:w="340"/>
        <w:gridCol w:w="5070"/>
      </w:tblGrid>
      <w:tr w:rsidR="00CF5230" w:rsidRPr="008B2A58" w14:paraId="603C3106" w14:textId="77777777" w:rsidTr="00CF5230">
        <w:trPr>
          <w:jc w:val="center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sz w:val="15"/>
                <w:szCs w:val="15"/>
              </w:rPr>
              <w:id w:val="1358774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3227D7" w14:textId="00405DF1" w:rsidR="00CF5230" w:rsidRPr="00DB73A9" w:rsidRDefault="00F542B0" w:rsidP="00CF5230">
                <w:pPr>
                  <w:jc w:val="center"/>
                  <w:rPr>
                    <w:sz w:val="15"/>
                    <w:szCs w:val="15"/>
                  </w:rPr>
                </w:pPr>
                <w:r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2F35F9" w14:textId="77777777" w:rsidR="00CF5230" w:rsidRPr="00DB73A9" w:rsidRDefault="00CF5230" w:rsidP="00CF5230">
            <w:pPr>
              <w:rPr>
                <w:sz w:val="15"/>
                <w:szCs w:val="15"/>
              </w:rPr>
            </w:pPr>
            <w:r w:rsidRPr="00DB73A9">
              <w:rPr>
                <w:sz w:val="15"/>
                <w:szCs w:val="15"/>
              </w:rPr>
              <w:t>1. Αίτηση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8D9D" w14:textId="77777777" w:rsidR="00CF5230" w:rsidRPr="00DB73A9" w:rsidRDefault="00CF5230" w:rsidP="00CF5230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sdt>
            <w:sdtPr>
              <w:rPr>
                <w:sz w:val="15"/>
                <w:szCs w:val="15"/>
              </w:rPr>
              <w:id w:val="-612540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E3990C" w14:textId="0F64606A" w:rsidR="00CF5230" w:rsidRPr="00DB73A9" w:rsidRDefault="00F542B0" w:rsidP="00CF5230">
                <w:pPr>
                  <w:rPr>
                    <w:sz w:val="15"/>
                    <w:szCs w:val="15"/>
                  </w:rPr>
                </w:pPr>
                <w:r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35979" w14:textId="6F2D8DF6" w:rsidR="00CF5230" w:rsidRPr="00DB73A9" w:rsidRDefault="00CF5230" w:rsidP="00CF5230">
            <w:pPr>
              <w:rPr>
                <w:sz w:val="15"/>
                <w:szCs w:val="15"/>
                <w:lang w:val="el-GR"/>
              </w:rPr>
            </w:pPr>
            <w:r w:rsidRPr="00DB73A9">
              <w:rPr>
                <w:sz w:val="15"/>
                <w:szCs w:val="15"/>
                <w:lang w:val="el-GR"/>
              </w:rPr>
              <w:t xml:space="preserve">4. </w:t>
            </w:r>
            <w:r w:rsidRPr="00292BEA">
              <w:rPr>
                <w:sz w:val="15"/>
                <w:szCs w:val="15"/>
                <w:lang w:val="el-GR"/>
              </w:rPr>
              <w:t>Εξουσιοδότηση ή Πληρεξούσιο (εφόσον απαιτείται).</w:t>
            </w:r>
          </w:p>
        </w:tc>
      </w:tr>
      <w:tr w:rsidR="00CF5230" w:rsidRPr="008B2A58" w14:paraId="081B8FEB" w14:textId="77777777" w:rsidTr="00CF5230">
        <w:trPr>
          <w:jc w:val="center"/>
        </w:trPr>
        <w:sdt>
          <w:sdtPr>
            <w:rPr>
              <w:rFonts w:asciiTheme="minorHAnsi" w:hAnsiTheme="minorHAnsi"/>
              <w:sz w:val="15"/>
              <w:szCs w:val="15"/>
              <w:lang w:val="el-GR"/>
            </w:rPr>
            <w:id w:val="150408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</w:tcPr>
              <w:p w14:paraId="1F02CEBE" w14:textId="22AA0AD0" w:rsidR="00CF5230" w:rsidRPr="00F542B0" w:rsidRDefault="00F542B0" w:rsidP="00CF5230">
                <w:pPr>
                  <w:jc w:val="center"/>
                  <w:rPr>
                    <w:rFonts w:asciiTheme="minorHAnsi" w:hAnsiTheme="minorHAnsi"/>
                    <w:sz w:val="15"/>
                    <w:szCs w:val="15"/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sz w:val="15"/>
                    <w:szCs w:val="15"/>
                    <w:lang w:val="el-GR"/>
                  </w:rPr>
                  <w:t>☐</w:t>
                </w:r>
              </w:p>
            </w:tc>
          </w:sdtContent>
        </w:sdt>
        <w:tc>
          <w:tcPr>
            <w:tcW w:w="5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1FFCD" w14:textId="4928B0CE" w:rsidR="00CF5230" w:rsidRPr="00CF5230" w:rsidRDefault="00CF5230" w:rsidP="00CF5230">
            <w:pPr>
              <w:rPr>
                <w:sz w:val="15"/>
                <w:szCs w:val="15"/>
                <w:lang w:val="el-GR"/>
              </w:rPr>
            </w:pPr>
            <w:r w:rsidRPr="00DB73A9">
              <w:rPr>
                <w:sz w:val="15"/>
                <w:szCs w:val="15"/>
                <w:lang w:val="el-GR"/>
              </w:rPr>
              <w:t xml:space="preserve">2. Ταυτότητα ή Διαβατήριο σε ισχύ όλων των συμβαλλομένων </w:t>
            </w:r>
            <w:r w:rsidRPr="00EB1C28">
              <w:rPr>
                <w:sz w:val="15"/>
                <w:szCs w:val="15"/>
                <w:lang w:val="el-GR"/>
              </w:rPr>
              <w:t xml:space="preserve">(θεωρημένο από δικηγόρο </w:t>
            </w:r>
            <w:r>
              <w:rPr>
                <w:sz w:val="15"/>
                <w:szCs w:val="15"/>
                <w:lang w:val="el-GR"/>
              </w:rPr>
              <w:t>σε περίπτωση εκδοθέντος στην αλλοδαπή</w:t>
            </w:r>
            <w:r w:rsidRPr="00EB1C28">
              <w:rPr>
                <w:sz w:val="15"/>
                <w:szCs w:val="15"/>
                <w:lang w:val="el-GR"/>
              </w:rPr>
              <w:t xml:space="preserve"> 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3ED4" w14:textId="77777777" w:rsidR="00CF5230" w:rsidRPr="00CF5230" w:rsidRDefault="00CF5230" w:rsidP="00CF5230">
            <w:pPr>
              <w:rPr>
                <w:sz w:val="15"/>
                <w:szCs w:val="15"/>
                <w:lang w:val="el-GR"/>
              </w:rPr>
            </w:pPr>
          </w:p>
        </w:tc>
        <w:sdt>
          <w:sdtPr>
            <w:rPr>
              <w:sz w:val="15"/>
              <w:szCs w:val="15"/>
              <w:lang w:val="el-GR"/>
            </w:rPr>
            <w:id w:val="531537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  <w:vAlign w:val="center"/>
              </w:tcPr>
              <w:p w14:paraId="569A1F4F" w14:textId="136BF8E3" w:rsidR="00CF5230" w:rsidRPr="00CF5230" w:rsidRDefault="00F542B0" w:rsidP="00CF5230">
                <w:pPr>
                  <w:rPr>
                    <w:sz w:val="15"/>
                    <w:szCs w:val="15"/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sz w:val="15"/>
                    <w:szCs w:val="15"/>
                    <w:lang w:val="el-GR"/>
                  </w:rPr>
                  <w:t>☐</w:t>
                </w:r>
              </w:p>
            </w:tc>
          </w:sdtContent>
        </w:sdt>
        <w:tc>
          <w:tcPr>
            <w:tcW w:w="5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000CC" w14:textId="60186C19" w:rsidR="00CF5230" w:rsidRPr="00DB73A9" w:rsidRDefault="00CF5230" w:rsidP="00CF5230">
            <w:pPr>
              <w:rPr>
                <w:sz w:val="15"/>
                <w:szCs w:val="15"/>
                <w:lang w:val="el-GR"/>
              </w:rPr>
            </w:pPr>
            <w:r>
              <w:rPr>
                <w:sz w:val="15"/>
                <w:szCs w:val="15"/>
                <w:lang w:val="el-GR"/>
              </w:rPr>
              <w:t xml:space="preserve">5 Λοιπά </w:t>
            </w:r>
            <w:sdt>
              <w:sdtPr>
                <w:rPr>
                  <w:rStyle w:val="email"/>
                  <w:lang w:val="el-GR"/>
                </w:rPr>
                <w:id w:val="666521787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email"/>
                </w:rPr>
              </w:sdtEndPr>
              <w:sdtContent>
                <w:r w:rsidR="00BD6466" w:rsidRPr="00BD6466">
                  <w:rPr>
                    <w:rStyle w:val="aff3"/>
                    <w:lang w:val="el-GR"/>
                  </w:rPr>
                  <w:t>Κάντε κλικ ή πατήστε εδώ για να εισαγάγετε κείμενο.</w:t>
                </w:r>
              </w:sdtContent>
            </w:sdt>
          </w:p>
        </w:tc>
      </w:tr>
      <w:tr w:rsidR="00CF5230" w:rsidRPr="008B2A58" w14:paraId="6A010875" w14:textId="77777777" w:rsidTr="00CF5230">
        <w:trPr>
          <w:jc w:val="center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sz w:val="15"/>
                <w:szCs w:val="15"/>
              </w:rPr>
              <w:id w:val="294801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1AA9F" w14:textId="5EF197DD" w:rsidR="00CF5230" w:rsidRPr="00DB73A9" w:rsidRDefault="00CF5230" w:rsidP="00CF5230">
                <w:pPr>
                  <w:jc w:val="center"/>
                  <w:rPr>
                    <w:sz w:val="15"/>
                    <w:szCs w:val="15"/>
                  </w:rPr>
                </w:pPr>
                <w:r w:rsidRPr="00DB73A9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6B3768" w14:textId="40B32E28" w:rsidR="00CF5230" w:rsidRPr="00DB73A9" w:rsidRDefault="00CF5230" w:rsidP="00CF5230">
            <w:pPr>
              <w:rPr>
                <w:sz w:val="15"/>
                <w:szCs w:val="15"/>
                <w:lang w:val="el-GR"/>
              </w:rPr>
            </w:pPr>
            <w:r w:rsidRPr="00CF5230">
              <w:rPr>
                <w:sz w:val="15"/>
                <w:szCs w:val="15"/>
                <w:lang w:val="el-GR"/>
              </w:rPr>
              <w:t xml:space="preserve">3. Δικαιολογητικά Νομικών Προσώπων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599E" w14:textId="77777777" w:rsidR="00CF5230" w:rsidRPr="00DB73A9" w:rsidRDefault="00CF5230" w:rsidP="00CF5230">
            <w:pPr>
              <w:rPr>
                <w:sz w:val="15"/>
                <w:szCs w:val="15"/>
                <w:lang w:val="el-GR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sdt>
            <w:sdtPr>
              <w:rPr>
                <w:sz w:val="15"/>
                <w:szCs w:val="15"/>
              </w:rPr>
              <w:id w:val="159672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2FB32C" w14:textId="62F71DB2" w:rsidR="00CF5230" w:rsidRPr="00DB73A9" w:rsidRDefault="00F542B0" w:rsidP="00CF5230">
                <w:pPr>
                  <w:rPr>
                    <w:sz w:val="15"/>
                    <w:szCs w:val="15"/>
                  </w:rPr>
                </w:pPr>
                <w:r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p>
            </w:sdtContent>
          </w:sdt>
        </w:tc>
        <w:tc>
          <w:tcPr>
            <w:tcW w:w="5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94CB9" w14:textId="44ED2C8B" w:rsidR="00CF5230" w:rsidRPr="00DB73A9" w:rsidRDefault="00CF5230" w:rsidP="00CF5230">
            <w:pPr>
              <w:rPr>
                <w:sz w:val="15"/>
                <w:szCs w:val="15"/>
                <w:lang w:val="el-GR"/>
              </w:rPr>
            </w:pPr>
            <w:r>
              <w:rPr>
                <w:sz w:val="15"/>
                <w:szCs w:val="15"/>
                <w:lang w:val="el-GR"/>
              </w:rPr>
              <w:t xml:space="preserve">6 Λοιπά </w:t>
            </w:r>
            <w:sdt>
              <w:sdtPr>
                <w:rPr>
                  <w:rStyle w:val="email"/>
                  <w:lang w:val="el-GR"/>
                </w:rPr>
                <w:id w:val="-1697147074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a2"/>
                  <w:color w:val="auto"/>
                  <w:sz w:val="15"/>
                  <w:szCs w:val="15"/>
                </w:rPr>
              </w:sdtEndPr>
              <w:sdtContent>
                <w:r w:rsidRPr="00CF5230">
                  <w:rPr>
                    <w:rStyle w:val="aff3"/>
                    <w:lang w:val="el-GR"/>
                  </w:rPr>
                  <w:t>Κάντε κλικ ή πατήστε εδώ για να εισαγάγετε κείμενο.</w:t>
                </w:r>
              </w:sdtContent>
            </w:sdt>
          </w:p>
        </w:tc>
      </w:tr>
    </w:tbl>
    <w:p w14:paraId="44AE53A2" w14:textId="77777777" w:rsidR="005C45D1" w:rsidRPr="0060537A" w:rsidRDefault="005C45D1">
      <w:pPr>
        <w:rPr>
          <w:sz w:val="8"/>
          <w:lang w:val="el-GR"/>
        </w:rPr>
      </w:pPr>
    </w:p>
    <w:p w14:paraId="6ECB539A" w14:textId="77777777" w:rsidR="005C45D1" w:rsidRPr="0060537A" w:rsidRDefault="005C45D1">
      <w:pPr>
        <w:spacing w:after="40"/>
        <w:rPr>
          <w:sz w:val="8"/>
          <w:lang w:val="el-GR"/>
        </w:rPr>
      </w:pPr>
    </w:p>
    <w:p w14:paraId="4B1DEE01" w14:textId="77777777" w:rsidR="00F51124" w:rsidRPr="00F51124" w:rsidRDefault="00F51124" w:rsidP="00F51124">
      <w:pPr>
        <w:rPr>
          <w:b/>
          <w:bCs/>
          <w:lang w:val="el-GR"/>
        </w:rPr>
      </w:pPr>
      <w:r w:rsidRPr="00F51124">
        <w:rPr>
          <w:b/>
          <w:bCs/>
          <w:lang w:val="el-GR"/>
        </w:rPr>
        <w:t xml:space="preserve">Η παρούσα απαιτείται να αποσταλεί ψηφιακά υπογεγραμμένη μέσω της πλατφόρμας </w:t>
      </w:r>
      <w:r w:rsidRPr="00F51124">
        <w:rPr>
          <w:b/>
          <w:bCs/>
        </w:rPr>
        <w:t>gov</w:t>
      </w:r>
      <w:r w:rsidRPr="00F51124">
        <w:rPr>
          <w:b/>
          <w:bCs/>
          <w:lang w:val="el-GR"/>
        </w:rPr>
        <w:t>.</w:t>
      </w:r>
      <w:r w:rsidRPr="00F51124">
        <w:rPr>
          <w:b/>
          <w:bCs/>
        </w:rPr>
        <w:t>gr</w:t>
      </w:r>
      <w:r w:rsidRPr="00F51124">
        <w:rPr>
          <w:b/>
          <w:bCs/>
          <w:lang w:val="el-GR"/>
        </w:rPr>
        <w:t xml:space="preserve"> (βεβαίωση εγγράφου)</w:t>
      </w:r>
    </w:p>
    <w:p w14:paraId="445F579B" w14:textId="09EF1525" w:rsidR="00D5622F" w:rsidRPr="00F51124" w:rsidRDefault="00F51124">
      <w:pPr>
        <w:rPr>
          <w:lang w:val="el-GR"/>
        </w:rPr>
      </w:pPr>
      <w:r w:rsidRPr="00F51124">
        <w:rPr>
          <w:lang w:val="el-GR"/>
        </w:rPr>
        <w:t xml:space="preserve"> </w:t>
      </w:r>
      <w:hyperlink r:id="rId7" w:history="1">
        <w:r w:rsidRPr="00F51124">
          <w:rPr>
            <w:rStyle w:val="-"/>
            <w:lang w:val="el-GR"/>
          </w:rPr>
          <w:t>https://www.gov.gr/ipiresies/polites-kai-kathemerinoteta/psephiaka-eggrapha-gov-gr/psephiake-bebaiose-eggraphou</w:t>
        </w:r>
      </w:hyperlink>
      <w:r w:rsidRPr="00F51124">
        <w:rPr>
          <w:lang w:val="el-GR"/>
        </w:rPr>
        <w:t xml:space="preserve"> </w:t>
      </w:r>
    </w:p>
    <w:sectPr w:rsidR="00D5622F" w:rsidRPr="00F51124" w:rsidSect="00034616">
      <w:pgSz w:w="12240" w:h="15840"/>
      <w:pgMar w:top="454" w:right="624" w:bottom="340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3878697">
    <w:abstractNumId w:val="8"/>
  </w:num>
  <w:num w:numId="2" w16cid:durableId="1895386259">
    <w:abstractNumId w:val="6"/>
  </w:num>
  <w:num w:numId="3" w16cid:durableId="2036031459">
    <w:abstractNumId w:val="5"/>
  </w:num>
  <w:num w:numId="4" w16cid:durableId="1309748125">
    <w:abstractNumId w:val="4"/>
  </w:num>
  <w:num w:numId="5" w16cid:durableId="770782763">
    <w:abstractNumId w:val="7"/>
  </w:num>
  <w:num w:numId="6" w16cid:durableId="859776578">
    <w:abstractNumId w:val="3"/>
  </w:num>
  <w:num w:numId="7" w16cid:durableId="790049212">
    <w:abstractNumId w:val="2"/>
  </w:num>
  <w:num w:numId="8" w16cid:durableId="1113134458">
    <w:abstractNumId w:val="1"/>
  </w:num>
  <w:num w:numId="9" w16cid:durableId="161960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dS17bmGUsXpc5/4uOKbGWQDKf5oq0zT5PXgdnQoOs/YopZkUbA+wtQr6mnye7B+o3UuDEpIJrkwXYozrKyA8w==" w:salt="xX5boBJ76UnZlydKUnC80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C96"/>
    <w:rsid w:val="00007D3F"/>
    <w:rsid w:val="00011AB0"/>
    <w:rsid w:val="00015020"/>
    <w:rsid w:val="00032AB2"/>
    <w:rsid w:val="00034616"/>
    <w:rsid w:val="00046B2B"/>
    <w:rsid w:val="0006063C"/>
    <w:rsid w:val="00072B19"/>
    <w:rsid w:val="000A1ABD"/>
    <w:rsid w:val="000C7175"/>
    <w:rsid w:val="000D10C8"/>
    <w:rsid w:val="000E1FA1"/>
    <w:rsid w:val="000E2E57"/>
    <w:rsid w:val="00102881"/>
    <w:rsid w:val="0011007F"/>
    <w:rsid w:val="00127CED"/>
    <w:rsid w:val="001353DA"/>
    <w:rsid w:val="00144A9F"/>
    <w:rsid w:val="0015074B"/>
    <w:rsid w:val="00160A91"/>
    <w:rsid w:val="0017139E"/>
    <w:rsid w:val="00193D6E"/>
    <w:rsid w:val="001C605F"/>
    <w:rsid w:val="001D4D22"/>
    <w:rsid w:val="001E3F36"/>
    <w:rsid w:val="001F2C09"/>
    <w:rsid w:val="00202B1F"/>
    <w:rsid w:val="0022149D"/>
    <w:rsid w:val="00240359"/>
    <w:rsid w:val="0024189C"/>
    <w:rsid w:val="00241ED6"/>
    <w:rsid w:val="002422AF"/>
    <w:rsid w:val="00284655"/>
    <w:rsid w:val="002913F2"/>
    <w:rsid w:val="00291E9D"/>
    <w:rsid w:val="00292574"/>
    <w:rsid w:val="00292BEA"/>
    <w:rsid w:val="0029639D"/>
    <w:rsid w:val="002B0CCC"/>
    <w:rsid w:val="002D278C"/>
    <w:rsid w:val="002D5C71"/>
    <w:rsid w:val="002E06F4"/>
    <w:rsid w:val="002E0F60"/>
    <w:rsid w:val="002F4B2F"/>
    <w:rsid w:val="00326F90"/>
    <w:rsid w:val="003529FA"/>
    <w:rsid w:val="00353425"/>
    <w:rsid w:val="00371AE9"/>
    <w:rsid w:val="0038033E"/>
    <w:rsid w:val="00395E53"/>
    <w:rsid w:val="00396C90"/>
    <w:rsid w:val="003B465A"/>
    <w:rsid w:val="003D5B9B"/>
    <w:rsid w:val="00417B25"/>
    <w:rsid w:val="0044422A"/>
    <w:rsid w:val="00454DF7"/>
    <w:rsid w:val="004642C2"/>
    <w:rsid w:val="004674C0"/>
    <w:rsid w:val="004F1C14"/>
    <w:rsid w:val="004F4D9B"/>
    <w:rsid w:val="00510ACC"/>
    <w:rsid w:val="0051127B"/>
    <w:rsid w:val="005346A3"/>
    <w:rsid w:val="00555733"/>
    <w:rsid w:val="00557074"/>
    <w:rsid w:val="005649A7"/>
    <w:rsid w:val="00567A3E"/>
    <w:rsid w:val="00573BDC"/>
    <w:rsid w:val="00577E1C"/>
    <w:rsid w:val="0059498F"/>
    <w:rsid w:val="005A078C"/>
    <w:rsid w:val="005A48A0"/>
    <w:rsid w:val="005C45D1"/>
    <w:rsid w:val="005E4D7C"/>
    <w:rsid w:val="005F244D"/>
    <w:rsid w:val="00605248"/>
    <w:rsid w:val="0060537A"/>
    <w:rsid w:val="00660064"/>
    <w:rsid w:val="00664790"/>
    <w:rsid w:val="00665C82"/>
    <w:rsid w:val="0066736C"/>
    <w:rsid w:val="00690974"/>
    <w:rsid w:val="006A7E05"/>
    <w:rsid w:val="006B23EF"/>
    <w:rsid w:val="006C4098"/>
    <w:rsid w:val="006D3CDE"/>
    <w:rsid w:val="006E0A71"/>
    <w:rsid w:val="006E3D48"/>
    <w:rsid w:val="006E7B16"/>
    <w:rsid w:val="006F3354"/>
    <w:rsid w:val="006F7406"/>
    <w:rsid w:val="00717950"/>
    <w:rsid w:val="00742531"/>
    <w:rsid w:val="0074529F"/>
    <w:rsid w:val="00764018"/>
    <w:rsid w:val="00774AA8"/>
    <w:rsid w:val="007760FE"/>
    <w:rsid w:val="007846F5"/>
    <w:rsid w:val="007D3666"/>
    <w:rsid w:val="007E79FF"/>
    <w:rsid w:val="00803349"/>
    <w:rsid w:val="008244B8"/>
    <w:rsid w:val="0084378E"/>
    <w:rsid w:val="00843DB2"/>
    <w:rsid w:val="008605D0"/>
    <w:rsid w:val="008777B7"/>
    <w:rsid w:val="00890EEE"/>
    <w:rsid w:val="00892D58"/>
    <w:rsid w:val="008B2A58"/>
    <w:rsid w:val="008C6F91"/>
    <w:rsid w:val="008E7F79"/>
    <w:rsid w:val="008F063C"/>
    <w:rsid w:val="008F1D75"/>
    <w:rsid w:val="0090025C"/>
    <w:rsid w:val="00900C18"/>
    <w:rsid w:val="00906D53"/>
    <w:rsid w:val="009257C6"/>
    <w:rsid w:val="00941368"/>
    <w:rsid w:val="009423C5"/>
    <w:rsid w:val="00946447"/>
    <w:rsid w:val="009845AB"/>
    <w:rsid w:val="009A57E1"/>
    <w:rsid w:val="009C1AD8"/>
    <w:rsid w:val="009E51FF"/>
    <w:rsid w:val="009F2EFE"/>
    <w:rsid w:val="009F551E"/>
    <w:rsid w:val="00A03A71"/>
    <w:rsid w:val="00A11DDB"/>
    <w:rsid w:val="00A20035"/>
    <w:rsid w:val="00A26D09"/>
    <w:rsid w:val="00A428A5"/>
    <w:rsid w:val="00A63C0D"/>
    <w:rsid w:val="00AA0A0F"/>
    <w:rsid w:val="00AA1D8D"/>
    <w:rsid w:val="00AA3940"/>
    <w:rsid w:val="00AD24D2"/>
    <w:rsid w:val="00AE47E8"/>
    <w:rsid w:val="00B049F0"/>
    <w:rsid w:val="00B062FC"/>
    <w:rsid w:val="00B120FC"/>
    <w:rsid w:val="00B206DC"/>
    <w:rsid w:val="00B33BF7"/>
    <w:rsid w:val="00B47730"/>
    <w:rsid w:val="00B737D6"/>
    <w:rsid w:val="00B84930"/>
    <w:rsid w:val="00BA1DE6"/>
    <w:rsid w:val="00BA7913"/>
    <w:rsid w:val="00BC2402"/>
    <w:rsid w:val="00BC2E42"/>
    <w:rsid w:val="00BC6B99"/>
    <w:rsid w:val="00BD6466"/>
    <w:rsid w:val="00BD6891"/>
    <w:rsid w:val="00BD78AA"/>
    <w:rsid w:val="00BE10A4"/>
    <w:rsid w:val="00BE2A85"/>
    <w:rsid w:val="00C35A43"/>
    <w:rsid w:val="00C36B23"/>
    <w:rsid w:val="00C44592"/>
    <w:rsid w:val="00C44E63"/>
    <w:rsid w:val="00C47902"/>
    <w:rsid w:val="00C73F99"/>
    <w:rsid w:val="00C975F7"/>
    <w:rsid w:val="00CB0664"/>
    <w:rsid w:val="00CB6198"/>
    <w:rsid w:val="00CC3524"/>
    <w:rsid w:val="00CD0FC6"/>
    <w:rsid w:val="00CD72C6"/>
    <w:rsid w:val="00CE2D3C"/>
    <w:rsid w:val="00CF0CDD"/>
    <w:rsid w:val="00CF3003"/>
    <w:rsid w:val="00CF50B0"/>
    <w:rsid w:val="00CF5230"/>
    <w:rsid w:val="00D00C1F"/>
    <w:rsid w:val="00D121DB"/>
    <w:rsid w:val="00D12290"/>
    <w:rsid w:val="00D22160"/>
    <w:rsid w:val="00D2674F"/>
    <w:rsid w:val="00D27AFD"/>
    <w:rsid w:val="00D43F1F"/>
    <w:rsid w:val="00D474D1"/>
    <w:rsid w:val="00D54019"/>
    <w:rsid w:val="00D5622F"/>
    <w:rsid w:val="00D64FF1"/>
    <w:rsid w:val="00D82AFC"/>
    <w:rsid w:val="00D91BED"/>
    <w:rsid w:val="00DA0CB5"/>
    <w:rsid w:val="00DA1BE6"/>
    <w:rsid w:val="00DA45E4"/>
    <w:rsid w:val="00DB36C8"/>
    <w:rsid w:val="00DB73A9"/>
    <w:rsid w:val="00DB756D"/>
    <w:rsid w:val="00DD203E"/>
    <w:rsid w:val="00DE07BE"/>
    <w:rsid w:val="00E13A9A"/>
    <w:rsid w:val="00E3305B"/>
    <w:rsid w:val="00E655C9"/>
    <w:rsid w:val="00E6688E"/>
    <w:rsid w:val="00E72E17"/>
    <w:rsid w:val="00E8175F"/>
    <w:rsid w:val="00E85427"/>
    <w:rsid w:val="00E959C1"/>
    <w:rsid w:val="00EB04EE"/>
    <w:rsid w:val="00EB1C28"/>
    <w:rsid w:val="00ED2108"/>
    <w:rsid w:val="00EE4D9A"/>
    <w:rsid w:val="00EF284F"/>
    <w:rsid w:val="00F11376"/>
    <w:rsid w:val="00F4326F"/>
    <w:rsid w:val="00F51124"/>
    <w:rsid w:val="00F542B0"/>
    <w:rsid w:val="00F72FF0"/>
    <w:rsid w:val="00F7544D"/>
    <w:rsid w:val="00F85049"/>
    <w:rsid w:val="00F95AFA"/>
    <w:rsid w:val="00FA122D"/>
    <w:rsid w:val="00FA6CBB"/>
    <w:rsid w:val="00FB2E9D"/>
    <w:rsid w:val="00FB5200"/>
    <w:rsid w:val="00FC5E50"/>
    <w:rsid w:val="00FC693F"/>
    <w:rsid w:val="00FD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E50DB"/>
  <w14:defaultImageDpi w14:val="330"/>
  <w15:docId w15:val="{36499266-120E-4052-8C49-1414EF34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20"/>
    </w:pPr>
    <w:rPr>
      <w:rFonts w:ascii="Arial" w:eastAsia="Arial" w:hAnsi="Arial" w:cs="Arial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basedOn w:val="a2"/>
    <w:uiPriority w:val="99"/>
    <w:unhideWhenUsed/>
    <w:rsid w:val="00F51124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F51124"/>
    <w:rPr>
      <w:color w:val="605E5C"/>
      <w:shd w:val="clear" w:color="auto" w:fill="E1DFDD"/>
    </w:rPr>
  </w:style>
  <w:style w:type="character" w:styleId="-0">
    <w:name w:val="FollowedHyperlink"/>
    <w:basedOn w:val="a2"/>
    <w:uiPriority w:val="99"/>
    <w:semiHidden/>
    <w:unhideWhenUsed/>
    <w:rsid w:val="00B84930"/>
    <w:rPr>
      <w:color w:val="800080" w:themeColor="followedHyperlink"/>
      <w:u w:val="single"/>
    </w:rPr>
  </w:style>
  <w:style w:type="character" w:styleId="aff3">
    <w:name w:val="Placeholder Text"/>
    <w:basedOn w:val="a2"/>
    <w:uiPriority w:val="99"/>
    <w:semiHidden/>
    <w:rsid w:val="007E79FF"/>
    <w:rPr>
      <w:color w:val="666666"/>
    </w:rPr>
  </w:style>
  <w:style w:type="character" w:customStyle="1" w:styleId="13">
    <w:name w:val="Στυλ1"/>
    <w:basedOn w:val="a2"/>
    <w:uiPriority w:val="1"/>
    <w:rsid w:val="002422AF"/>
    <w:rPr>
      <w:rFonts w:ascii="Arial" w:hAnsi="Arial"/>
      <w:sz w:val="20"/>
    </w:rPr>
  </w:style>
  <w:style w:type="character" w:customStyle="1" w:styleId="28">
    <w:name w:val="Στυλ2"/>
    <w:basedOn w:val="a2"/>
    <w:uiPriority w:val="1"/>
    <w:qFormat/>
    <w:rsid w:val="00AA3940"/>
    <w:rPr>
      <w:rFonts w:ascii="Arial" w:hAnsi="Arial"/>
      <w:sz w:val="16"/>
    </w:rPr>
  </w:style>
  <w:style w:type="character" w:customStyle="1" w:styleId="36">
    <w:name w:val="Στυλ3"/>
    <w:basedOn w:val="af8"/>
    <w:uiPriority w:val="1"/>
    <w:rsid w:val="00774AA8"/>
    <w:rPr>
      <w:rFonts w:ascii="Arial" w:hAnsi="Arial"/>
      <w:b/>
      <w:bCs/>
      <w:smallCaps/>
      <w:color w:val="000000" w:themeColor="text1"/>
      <w:spacing w:val="5"/>
      <w:sz w:val="16"/>
    </w:rPr>
  </w:style>
  <w:style w:type="character" w:customStyle="1" w:styleId="40">
    <w:name w:val="Στυλ4"/>
    <w:basedOn w:val="af1"/>
    <w:uiPriority w:val="1"/>
    <w:rsid w:val="003B465A"/>
    <w:rPr>
      <w:rFonts w:ascii="Arial" w:hAnsi="Arial"/>
      <w:b/>
      <w:bCs/>
      <w:color w:val="000000" w:themeColor="text1"/>
      <w:sz w:val="16"/>
    </w:rPr>
  </w:style>
  <w:style w:type="character" w:customStyle="1" w:styleId="50">
    <w:name w:val="Στυλ5"/>
    <w:basedOn w:val="af1"/>
    <w:uiPriority w:val="1"/>
    <w:rsid w:val="00BC2402"/>
    <w:rPr>
      <w:rFonts w:ascii="Arial" w:hAnsi="Arial"/>
      <w:b/>
      <w:bCs/>
      <w:color w:val="000000" w:themeColor="text1"/>
      <w:sz w:val="16"/>
    </w:rPr>
  </w:style>
  <w:style w:type="character" w:customStyle="1" w:styleId="60">
    <w:name w:val="Στυλ6"/>
    <w:basedOn w:val="af8"/>
    <w:uiPriority w:val="1"/>
    <w:rsid w:val="002D5C71"/>
    <w:rPr>
      <w:rFonts w:asciiTheme="majorHAnsi" w:hAnsiTheme="majorHAnsi"/>
      <w:b w:val="0"/>
      <w:bCs/>
      <w:smallCaps/>
      <w:spacing w:val="5"/>
      <w:sz w:val="16"/>
    </w:rPr>
  </w:style>
  <w:style w:type="character" w:customStyle="1" w:styleId="70">
    <w:name w:val="ΣΤΥΛ 7"/>
    <w:basedOn w:val="af8"/>
    <w:uiPriority w:val="1"/>
    <w:rsid w:val="004642C2"/>
    <w:rPr>
      <w:b w:val="0"/>
      <w:bCs/>
      <w:smallCaps/>
      <w:spacing w:val="5"/>
    </w:rPr>
  </w:style>
  <w:style w:type="character" w:customStyle="1" w:styleId="71">
    <w:name w:val="Στυλ7"/>
    <w:basedOn w:val="af8"/>
    <w:uiPriority w:val="1"/>
    <w:rsid w:val="00D474D1"/>
    <w:rPr>
      <w:rFonts w:ascii="Arial" w:hAnsi="Arial"/>
      <w:b/>
      <w:bCs/>
      <w:smallCaps/>
      <w:spacing w:val="5"/>
      <w:sz w:val="17"/>
    </w:rPr>
  </w:style>
  <w:style w:type="character" w:customStyle="1" w:styleId="80">
    <w:name w:val="Στυλ8"/>
    <w:basedOn w:val="a2"/>
    <w:uiPriority w:val="1"/>
    <w:rsid w:val="008F1D75"/>
    <w:rPr>
      <w:rFonts w:ascii="Arial" w:hAnsi="Arial"/>
      <w:b/>
      <w:sz w:val="17"/>
    </w:rPr>
  </w:style>
  <w:style w:type="character" w:customStyle="1" w:styleId="aff4">
    <w:name w:val="ΦΟΡΜΑ"/>
    <w:basedOn w:val="a2"/>
    <w:uiPriority w:val="1"/>
    <w:qFormat/>
    <w:rsid w:val="0084378E"/>
    <w:rPr>
      <w:rFonts w:ascii="Arial" w:hAnsi="Arial"/>
      <w:b/>
      <w:caps/>
      <w:smallCaps w:val="0"/>
      <w:strike w:val="0"/>
      <w:dstrike w:val="0"/>
      <w:vanish w:val="0"/>
      <w:color w:val="000000" w:themeColor="text1"/>
      <w:sz w:val="18"/>
      <w:vertAlign w:val="baseline"/>
    </w:rPr>
  </w:style>
  <w:style w:type="character" w:customStyle="1" w:styleId="Light">
    <w:name w:val="ΦΟΡΜΑ_Light"/>
    <w:basedOn w:val="a2"/>
    <w:uiPriority w:val="1"/>
    <w:rsid w:val="00144A9F"/>
    <w:rPr>
      <w:rFonts w:ascii="Arial" w:hAnsi="Arial"/>
      <w:b w:val="0"/>
      <w:i w:val="0"/>
      <w:caps/>
      <w:smallCaps w:val="0"/>
      <w:strike w:val="0"/>
      <w:dstrike w:val="0"/>
      <w:vanish w:val="0"/>
      <w:color w:val="000000" w:themeColor="text1"/>
      <w:sz w:val="18"/>
      <w:vertAlign w:val="baseline"/>
    </w:rPr>
  </w:style>
  <w:style w:type="character" w:customStyle="1" w:styleId="email">
    <w:name w:val="ΦΟΡΜΑ_email"/>
    <w:basedOn w:val="a2"/>
    <w:uiPriority w:val="1"/>
    <w:qFormat/>
    <w:rsid w:val="00417B25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 w:themeColor="text1"/>
      <w:sz w:val="18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gr/ipiresies/polites-kai-kathemerinoteta/psephiaka-eggrapha-gov-gr/psephiake-bebaiose-eggrapho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_dioikisi@apdkritis2.gov.gr?subject=&#913;&#943;&#964;&#951;&#963;&#951;%20&#947;&#953;&#945;%20&#967;&#959;&#961;&#942;&#947;&#951;&#963;&#951;%20&#940;&#948;&#949;&#953;&#945;&#962;%20&#954;&#945;&#964;&#940;%20&#964;&#945;%20&#940;&#961;&#952;&#961;&#945;%2029%20&#954;&#945;&#953;%2032%20&#964;&#959;&#965;%20&#925;.%201892/90,%20&#972;&#960;&#969;&#962;%20&#953;&#963;&#967;&#973;&#959;&#965;&#957;,%20&#964;&#959;&#965;%20....%20(&#959;&#957;&#959;&#956;&#945;&#964;&#949;&#960;&#974;&#957;&#965;&#956;&#959;%20&#945;&#947;&#959;&#961;&#945;&#963;&#964;&#942;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0C2EC4D75245CBB5F871AC0452045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2C2BC13-6414-45C4-97A2-1603DB505F64}"/>
      </w:docPartPr>
      <w:docPartBody>
        <w:p w:rsidR="006A0807" w:rsidRDefault="00EF1304" w:rsidP="00EF1304">
          <w:pPr>
            <w:pStyle w:val="540C2EC4D75245CBB5F871AC0452045B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378735CC2C514D7180DE5E255303E14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92AA674-21FE-421F-9A61-B38943BA2794}"/>
      </w:docPartPr>
      <w:docPartBody>
        <w:p w:rsidR="006A0807" w:rsidRDefault="00EF1304" w:rsidP="00EF1304">
          <w:pPr>
            <w:pStyle w:val="378735CC2C514D7180DE5E255303E142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501AE3ACED9F4B62AE69766DCF2DB36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232BBB7-34A0-40E1-BC02-47E8D95917A5}"/>
      </w:docPartPr>
      <w:docPartBody>
        <w:p w:rsidR="006A0807" w:rsidRDefault="00EF1304" w:rsidP="00EF1304">
          <w:pPr>
            <w:pStyle w:val="501AE3ACED9F4B62AE69766DCF2DB365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68070E2BF4DE44F499236310C2C5F1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F88E9F6-4B7A-4AE6-87D8-F25A3EB400C9}"/>
      </w:docPartPr>
      <w:docPartBody>
        <w:p w:rsidR="006A0807" w:rsidRDefault="00EF1304" w:rsidP="00EF1304">
          <w:pPr>
            <w:pStyle w:val="68070E2BF4DE44F499236310C2C5F1AA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B0B8AA99D21447439F0E727B2B38C14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CF4D395-9275-41DB-ADFD-492F4C468B51}"/>
      </w:docPartPr>
      <w:docPartBody>
        <w:p w:rsidR="006A0807" w:rsidRDefault="00EF1304" w:rsidP="00EF1304">
          <w:pPr>
            <w:pStyle w:val="B0B8AA99D21447439F0E727B2B38C14F1"/>
          </w:pPr>
          <w:r w:rsidRPr="007760FE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C7692E911ED24D74B48DC9845E4F124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AAAA3E6-F36A-4030-BD50-447BDED57B11}"/>
      </w:docPartPr>
      <w:docPartBody>
        <w:p w:rsidR="006A0807" w:rsidRDefault="00EF1304" w:rsidP="00EF1304">
          <w:pPr>
            <w:pStyle w:val="C7692E911ED24D74B48DC9845E4F12461"/>
          </w:pPr>
          <w:r w:rsidRPr="007760FE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A21A772875A9436FB4A334925089397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9172748-9533-4614-9685-8BD3BD37DD4D}"/>
      </w:docPartPr>
      <w:docPartBody>
        <w:p w:rsidR="006A0807" w:rsidRDefault="00EF1304" w:rsidP="00EF1304">
          <w:pPr>
            <w:pStyle w:val="A21A772875A9436FB4A3349250893972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4F53010D40E445C6A975628DEB628C7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D0D0936-4F55-4B6A-8E34-5A0C63BFD3A9}"/>
      </w:docPartPr>
      <w:docPartBody>
        <w:p w:rsidR="006A0807" w:rsidRDefault="00EF1304" w:rsidP="00EF1304">
          <w:pPr>
            <w:pStyle w:val="4F53010D40E445C6A975628DEB628C7C1"/>
          </w:pPr>
          <w:r w:rsidRPr="007760FE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8BDB1DF3AAE345BC845401DCE902753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39B1B26-05B0-4881-990C-BE22371B8F2D}"/>
      </w:docPartPr>
      <w:docPartBody>
        <w:p w:rsidR="000A650B" w:rsidRDefault="00EF1304" w:rsidP="00EF1304">
          <w:pPr>
            <w:pStyle w:val="8BDB1DF3AAE345BC845401DCE9027530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7C3314735BC441A9966A95EA9A150C1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30CB913-C90B-4453-9255-4D5CDB31FC23}"/>
      </w:docPartPr>
      <w:docPartBody>
        <w:p w:rsidR="000A650B" w:rsidRDefault="00EF1304" w:rsidP="00EF1304">
          <w:pPr>
            <w:pStyle w:val="7C3314735BC441A9966A95EA9A150C13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2C10D876575D42D9A0095F5478587EA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2AF4E56-3CE1-4C16-A028-0092A9B6D2D0}"/>
      </w:docPartPr>
      <w:docPartBody>
        <w:p w:rsidR="000A650B" w:rsidRDefault="00EF1304" w:rsidP="00EF1304">
          <w:pPr>
            <w:pStyle w:val="2C10D876575D42D9A0095F5478587EAF1"/>
          </w:pPr>
          <w:r w:rsidRPr="007760FE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121603D383FC49F487CDBCF2717104F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21D8126-6E37-4BD3-BB75-113566BE4108}"/>
      </w:docPartPr>
      <w:docPartBody>
        <w:p w:rsidR="000A650B" w:rsidRDefault="00EF1304" w:rsidP="00EF1304">
          <w:pPr>
            <w:pStyle w:val="121603D383FC49F487CDBCF2717104F11"/>
          </w:pPr>
          <w:r w:rsidRPr="007760FE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75F3C30F044F4F84A06E439FDEF93E1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64ADC88-5FB3-42D3-88BC-92869C884F90}"/>
      </w:docPartPr>
      <w:docPartBody>
        <w:p w:rsidR="000A650B" w:rsidRDefault="00EF1304" w:rsidP="00EF1304">
          <w:pPr>
            <w:pStyle w:val="75F3C30F044F4F84A06E439FDEF93E1C1"/>
          </w:pPr>
          <w:r w:rsidRPr="007760FE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3BC7D142CCA2473E8CA5DA4B44CD8D6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E9F2444-0AF5-48F6-BA84-22A82E8C0FA1}"/>
      </w:docPartPr>
      <w:docPartBody>
        <w:p w:rsidR="000A650B" w:rsidRDefault="00EF1304" w:rsidP="00EF1304">
          <w:pPr>
            <w:pStyle w:val="3BC7D142CCA2473E8CA5DA4B44CD8D6D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3D0246603129421CA9849762C0682E2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4F35A3C-A132-4B4A-A62F-80BC34E16114}"/>
      </w:docPartPr>
      <w:docPartBody>
        <w:p w:rsidR="000A650B" w:rsidRDefault="00EF1304" w:rsidP="00EF1304">
          <w:pPr>
            <w:pStyle w:val="3D0246603129421CA9849762C0682E20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B4C5D0A9CB7C4DB9A0AA6E5242BD029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1C2E1D4-966B-4D82-AADE-5C4148239D7C}"/>
      </w:docPartPr>
      <w:docPartBody>
        <w:p w:rsidR="000A650B" w:rsidRDefault="00EF1304" w:rsidP="00EF1304">
          <w:pPr>
            <w:pStyle w:val="B4C5D0A9CB7C4DB9A0AA6E5242BD0293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BBB64814A00D474782BE5E94CA622F9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3F5E5A5-512F-4473-B006-825681D27548}"/>
      </w:docPartPr>
      <w:docPartBody>
        <w:p w:rsidR="00C00141" w:rsidRDefault="00EF1304" w:rsidP="00EF1304">
          <w:pPr>
            <w:pStyle w:val="BBB64814A00D474782BE5E94CA622F96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8378026150F54C55A494BDC2074CEB4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0DE103F-14C4-4C6A-B9AC-D3FD3720BF40}"/>
      </w:docPartPr>
      <w:docPartBody>
        <w:p w:rsidR="00C00141" w:rsidRDefault="00EF1304" w:rsidP="00EF1304">
          <w:pPr>
            <w:pStyle w:val="8378026150F54C55A494BDC2074CEB4A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13478B3EC10143D98BF0786174F6C75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F71F327-A4C1-4922-B44F-1BD67EA9318A}"/>
      </w:docPartPr>
      <w:docPartBody>
        <w:p w:rsidR="00C00141" w:rsidRDefault="00EF1304" w:rsidP="00EF1304">
          <w:pPr>
            <w:pStyle w:val="13478B3EC10143D98BF0786174F6C75E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13338573335C427DB5429D5EC492C77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841C523-E9AB-485C-A3F4-30537C5908D7}"/>
      </w:docPartPr>
      <w:docPartBody>
        <w:p w:rsidR="00C00141" w:rsidRDefault="00EF1304" w:rsidP="00EF1304">
          <w:pPr>
            <w:pStyle w:val="13338573335C427DB5429D5EC492C771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20AA97EB983B43ADA1ADC805C10E6E9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FE9BF03-867C-4195-B531-19EDBCCB24F2}"/>
      </w:docPartPr>
      <w:docPartBody>
        <w:p w:rsidR="00C00141" w:rsidRDefault="00EF1304" w:rsidP="00EF1304">
          <w:pPr>
            <w:pStyle w:val="20AA97EB983B43ADA1ADC805C10E6E96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CB043D68010B4301B2EB1D41EAF145F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AA45E08-D510-4FE9-BB29-B7BDA68D5BC6}"/>
      </w:docPartPr>
      <w:docPartBody>
        <w:p w:rsidR="00C00141" w:rsidRDefault="00EF1304" w:rsidP="00EF1304">
          <w:pPr>
            <w:pStyle w:val="CB043D68010B4301B2EB1D41EAF145F8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0F8F3C7D4A974DEC96271AD7E7DC425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1CDC114-D44E-46E4-8D18-406DB83A4D7D}"/>
      </w:docPartPr>
      <w:docPartBody>
        <w:p w:rsidR="00C00141" w:rsidRDefault="00EF1304" w:rsidP="00EF1304">
          <w:pPr>
            <w:pStyle w:val="0F8F3C7D4A974DEC96271AD7E7DC425D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8D7CFEBC92054213A5EB4B486DFEB1F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965A993-D27F-42E7-8492-8059C2CB7B80}"/>
      </w:docPartPr>
      <w:docPartBody>
        <w:p w:rsidR="00C00141" w:rsidRDefault="00EF1304" w:rsidP="00EF1304">
          <w:pPr>
            <w:pStyle w:val="8D7CFEBC92054213A5EB4B486DFEB1F0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1B772A8E2B6A49AFAFEB4D16E359AA6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5076520-1A92-4224-A98B-31572EFED0FD}"/>
      </w:docPartPr>
      <w:docPartBody>
        <w:p w:rsidR="00C00141" w:rsidRDefault="00EF1304" w:rsidP="00EF1304">
          <w:pPr>
            <w:pStyle w:val="1B772A8E2B6A49AFAFEB4D16E359AA60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24F928960DB9460AB4D5DB964B81A72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41A809-3425-4E73-909D-685E523C0C1C}"/>
      </w:docPartPr>
      <w:docPartBody>
        <w:p w:rsidR="00C00141" w:rsidRDefault="00EF1304" w:rsidP="00EF1304">
          <w:pPr>
            <w:pStyle w:val="24F928960DB9460AB4D5DB964B81A72F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938409860EFA43CEAD00B7E23FB7F5E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20E2D00-0457-40D4-8C8E-8C3692A5C806}"/>
      </w:docPartPr>
      <w:docPartBody>
        <w:p w:rsidR="00C00141" w:rsidRDefault="00EF1304" w:rsidP="00EF1304">
          <w:pPr>
            <w:pStyle w:val="938409860EFA43CEAD00B7E23FB7F5EB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9AC094E9399B4DA0BEFD28EF5B0DF5B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5E70EB1-FE54-4430-9477-E45B552F1EE8}"/>
      </w:docPartPr>
      <w:docPartBody>
        <w:p w:rsidR="00C00141" w:rsidRDefault="00EF1304" w:rsidP="00EF1304">
          <w:pPr>
            <w:pStyle w:val="9AC094E9399B4DA0BEFD28EF5B0DF5BA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5A7C6DBD7E704E22AE3BB5811AF8C96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A1D9A92-382E-4624-9FE0-BBD30E627C3D}"/>
      </w:docPartPr>
      <w:docPartBody>
        <w:p w:rsidR="00C00141" w:rsidRDefault="00EF1304" w:rsidP="00EF1304">
          <w:pPr>
            <w:pStyle w:val="5A7C6DBD7E704E22AE3BB5811AF8C962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383232194DDB4B36A4B872C64F7CB5E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021EC8F-91FD-4DF1-8CA4-F5913D5F8AB0}"/>
      </w:docPartPr>
      <w:docPartBody>
        <w:p w:rsidR="00C00141" w:rsidRDefault="00EF1304" w:rsidP="00EF1304">
          <w:pPr>
            <w:pStyle w:val="383232194DDB4B36A4B872C64F7CB5EF1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C385AC00E94B46E3825F4131928347C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7EBA7AF-56E3-456E-A274-781D58A2A1A3}"/>
      </w:docPartPr>
      <w:docPartBody>
        <w:p w:rsidR="00C00141" w:rsidRDefault="00EF1304" w:rsidP="00EF1304">
          <w:pPr>
            <w:pStyle w:val="C385AC00E94B46E3825F4131928347CF2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070B69D89CC24D9AB302561B384B099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8E72387-E571-470D-B430-BF1D54AE1E08}"/>
      </w:docPartPr>
      <w:docPartBody>
        <w:p w:rsidR="00FF7F60" w:rsidRDefault="00EF1304" w:rsidP="00EF1304">
          <w:pPr>
            <w:pStyle w:val="070B69D89CC24D9AB302561B384B09942"/>
          </w:pPr>
          <w:r w:rsidRPr="00941368">
            <w:rPr>
              <w:rStyle w:val="a3"/>
              <w:sz w:val="12"/>
              <w:szCs w:val="12"/>
              <w:lang w:val="el-GR"/>
            </w:rPr>
            <w:t>Κάντε κλικ ή πατήστε εδώ για να εισαγάγετε κείμενο.</w:t>
          </w:r>
        </w:p>
      </w:docPartBody>
    </w:docPart>
    <w:docPart>
      <w:docPartPr>
        <w:name w:val="DefaultPlaceholder_-185401344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FE2288B-E7FC-4083-856B-B69098E4A44D}"/>
      </w:docPartPr>
      <w:docPartBody>
        <w:p w:rsidR="002C13E0" w:rsidRDefault="00EF2785">
          <w:r w:rsidRPr="00FF0EA6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DefaultPlaceholder_-185401343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22DD96B-2752-4192-A823-FF67F1AAE69B}"/>
      </w:docPartPr>
      <w:docPartBody>
        <w:p w:rsidR="002C13E0" w:rsidRDefault="00EF2785">
          <w:r w:rsidRPr="00FF0EA6">
            <w:rPr>
              <w:rStyle w:val="a3"/>
            </w:rPr>
            <w:t>Επιλέξτε ένα στοιχείο.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68"/>
    <w:rsid w:val="00007D3F"/>
    <w:rsid w:val="00011A22"/>
    <w:rsid w:val="000A1ABD"/>
    <w:rsid w:val="000A650B"/>
    <w:rsid w:val="000B5F4A"/>
    <w:rsid w:val="000E3586"/>
    <w:rsid w:val="00185823"/>
    <w:rsid w:val="001B16DD"/>
    <w:rsid w:val="00202B1F"/>
    <w:rsid w:val="00243C1D"/>
    <w:rsid w:val="00275983"/>
    <w:rsid w:val="002A558A"/>
    <w:rsid w:val="002C13E0"/>
    <w:rsid w:val="0039279D"/>
    <w:rsid w:val="00510ACC"/>
    <w:rsid w:val="005257BC"/>
    <w:rsid w:val="00544CA3"/>
    <w:rsid w:val="00552BBA"/>
    <w:rsid w:val="00555733"/>
    <w:rsid w:val="00564620"/>
    <w:rsid w:val="00570DD2"/>
    <w:rsid w:val="005C40A2"/>
    <w:rsid w:val="005E4D7C"/>
    <w:rsid w:val="00664790"/>
    <w:rsid w:val="00665C82"/>
    <w:rsid w:val="0066736C"/>
    <w:rsid w:val="006A0807"/>
    <w:rsid w:val="00754E7D"/>
    <w:rsid w:val="007E4B15"/>
    <w:rsid w:val="008207C2"/>
    <w:rsid w:val="008438F5"/>
    <w:rsid w:val="00906326"/>
    <w:rsid w:val="00906D53"/>
    <w:rsid w:val="00946447"/>
    <w:rsid w:val="009B4A10"/>
    <w:rsid w:val="009E10AC"/>
    <w:rsid w:val="009E51FF"/>
    <w:rsid w:val="00A20035"/>
    <w:rsid w:val="00A32883"/>
    <w:rsid w:val="00A63C0D"/>
    <w:rsid w:val="00A9248C"/>
    <w:rsid w:val="00AD38AE"/>
    <w:rsid w:val="00B666F9"/>
    <w:rsid w:val="00BB17C7"/>
    <w:rsid w:val="00C00141"/>
    <w:rsid w:val="00CF0CDD"/>
    <w:rsid w:val="00D13168"/>
    <w:rsid w:val="00DB36C8"/>
    <w:rsid w:val="00E32275"/>
    <w:rsid w:val="00EB04EE"/>
    <w:rsid w:val="00EF1304"/>
    <w:rsid w:val="00EF2785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2785"/>
    <w:rPr>
      <w:color w:val="666666"/>
    </w:rPr>
  </w:style>
  <w:style w:type="paragraph" w:customStyle="1" w:styleId="6C3FD0B95EC947489186E97EC1CF5A71">
    <w:name w:val="6C3FD0B95EC947489186E97EC1CF5A71"/>
    <w:rsid w:val="00C00141"/>
  </w:style>
  <w:style w:type="paragraph" w:customStyle="1" w:styleId="BCB619BA2A2F4C74BF52993EE8373402">
    <w:name w:val="BCB619BA2A2F4C74BF52993EE8373402"/>
    <w:rsid w:val="00C00141"/>
  </w:style>
  <w:style w:type="paragraph" w:customStyle="1" w:styleId="FD8C97D204924FBCAB07F75ECE83AF4E">
    <w:name w:val="FD8C97D204924FBCAB07F75ECE83AF4E"/>
    <w:rsid w:val="00C00141"/>
  </w:style>
  <w:style w:type="paragraph" w:customStyle="1" w:styleId="770126B96AB049D1BFE56894AC2F73E8">
    <w:name w:val="770126B96AB049D1BFE56894AC2F73E8"/>
    <w:rsid w:val="00C00141"/>
  </w:style>
  <w:style w:type="paragraph" w:customStyle="1" w:styleId="EED811E5050C465D86DE2C0A974CB6E8">
    <w:name w:val="EED811E5050C465D86DE2C0A974CB6E8"/>
    <w:rsid w:val="00C00141"/>
  </w:style>
  <w:style w:type="paragraph" w:customStyle="1" w:styleId="070B69D89CC24D9AB302561B384B0994">
    <w:name w:val="070B69D89CC24D9AB302561B384B0994"/>
    <w:rsid w:val="00C00141"/>
  </w:style>
  <w:style w:type="paragraph" w:customStyle="1" w:styleId="A21A772875A9436FB4A3349250893972">
    <w:name w:val="A21A772875A9436FB4A3349250893972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BDB1DF3AAE345BC845401DCE9027530">
    <w:name w:val="8BDB1DF3AAE345BC845401DCE9027530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40C2EC4D75245CBB5F871AC0452045B">
    <w:name w:val="540C2EC4D75245CBB5F871AC0452045B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7C3314735BC441A9966A95EA9A150C13">
    <w:name w:val="7C3314735BC441A9966A95EA9A150C13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0B8AA99D21447439F0E727B2B38C14F">
    <w:name w:val="B0B8AA99D21447439F0E727B2B38C14F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C10D876575D42D9A0095F5478587EAF">
    <w:name w:val="2C10D876575D42D9A0095F5478587EAF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4F53010D40E445C6A975628DEB628C7C">
    <w:name w:val="4F53010D40E445C6A975628DEB628C7C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21603D383FC49F487CDBCF2717104F1">
    <w:name w:val="121603D383FC49F487CDBCF2717104F1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7692E911ED24D74B48DC9845E4F1246">
    <w:name w:val="C7692E911ED24D74B48DC9845E4F1246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75F3C30F044F4F84A06E439FDEF93E1C">
    <w:name w:val="75F3C30F044F4F84A06E439FDEF93E1C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78735CC2C514D7180DE5E255303E142">
    <w:name w:val="378735CC2C514D7180DE5E255303E142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BC7D142CCA2473E8CA5DA4B44CD8D6D">
    <w:name w:val="3BC7D142CCA2473E8CA5DA4B44CD8D6D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01AE3ACED9F4B62AE69766DCF2DB365">
    <w:name w:val="501AE3ACED9F4B62AE69766DCF2DB365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D0246603129421CA9849762C0682E20">
    <w:name w:val="3D0246603129421CA9849762C0682E20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68070E2BF4DE44F499236310C2C5F1AA">
    <w:name w:val="68070E2BF4DE44F499236310C2C5F1AA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4C5D0A9CB7C4DB9A0AA6E5242BD0293">
    <w:name w:val="B4C5D0A9CB7C4DB9A0AA6E5242BD0293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3478B3EC10143D98BF0786174F6C75E">
    <w:name w:val="13478B3EC10143D98BF0786174F6C75E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3338573335C427DB5429D5EC492C771">
    <w:name w:val="13338573335C427DB5429D5EC492C771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378026150F54C55A494BDC2074CEB4A">
    <w:name w:val="8378026150F54C55A494BDC2074CEB4A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0AA97EB983B43ADA1ADC805C10E6E96">
    <w:name w:val="20AA97EB983B43ADA1ADC805C10E6E96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385AC00E94B46E3825F4131928347CF">
    <w:name w:val="C385AC00E94B46E3825F4131928347CF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B043D68010B4301B2EB1D41EAF145F8">
    <w:name w:val="CB043D68010B4301B2EB1D41EAF145F8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BB64814A00D474782BE5E94CA622F96">
    <w:name w:val="BBB64814A00D474782BE5E94CA622F96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0F8F3C7D4A974DEC96271AD7E7DC425D">
    <w:name w:val="0F8F3C7D4A974DEC96271AD7E7DC425D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070B69D89CC24D9AB302561B384B09941">
    <w:name w:val="070B69D89CC24D9AB302561B384B09941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D7CFEBC92054213A5EB4B486DFEB1F0">
    <w:name w:val="8D7CFEBC92054213A5EB4B486DFEB1F0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B772A8E2B6A49AFAFEB4D16E359AA60">
    <w:name w:val="1B772A8E2B6A49AFAFEB4D16E359AA60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4F928960DB9460AB4D5DB964B81A72F">
    <w:name w:val="24F928960DB9460AB4D5DB964B81A72F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938409860EFA43CEAD00B7E23FB7F5EB">
    <w:name w:val="938409860EFA43CEAD00B7E23FB7F5EB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9AC094E9399B4DA0BEFD28EF5B0DF5BA">
    <w:name w:val="9AC094E9399B4DA0BEFD28EF5B0DF5BA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83232194DDB4B36A4B872C64F7CB5EF">
    <w:name w:val="383232194DDB4B36A4B872C64F7CB5EF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A7C6DBD7E704E22AE3BB5811AF8C962">
    <w:name w:val="5A7C6DBD7E704E22AE3BB5811AF8C962"/>
    <w:rsid w:val="00C00141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A21A772875A9436FB4A33492508939723">
    <w:name w:val="A21A772875A9436FB4A3349250893972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BDB1DF3AAE345BC845401DCE90275304">
    <w:name w:val="8BDB1DF3AAE345BC845401DCE9027530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40C2EC4D75245CBB5F871AC0452045B3">
    <w:name w:val="540C2EC4D75245CBB5F871AC0452045B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7C3314735BC441A9966A95EA9A150C134">
    <w:name w:val="7C3314735BC441A9966A95EA9A150C13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0B8AA99D21447439F0E727B2B38C14F3">
    <w:name w:val="B0B8AA99D21447439F0E727B2B38C14F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C10D876575D42D9A0095F5478587EAF4">
    <w:name w:val="2C10D876575D42D9A0095F5478587EAF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4F53010D40E445C6A975628DEB628C7C3">
    <w:name w:val="4F53010D40E445C6A975628DEB628C7C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21603D383FC49F487CDBCF2717104F14">
    <w:name w:val="121603D383FC49F487CDBCF2717104F1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7692E911ED24D74B48DC9845E4F12463">
    <w:name w:val="C7692E911ED24D74B48DC9845E4F1246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75F3C30F044F4F84A06E439FDEF93E1C4">
    <w:name w:val="75F3C30F044F4F84A06E439FDEF93E1C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78735CC2C514D7180DE5E255303E1423">
    <w:name w:val="378735CC2C514D7180DE5E255303E142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BC7D142CCA2473E8CA5DA4B44CD8D6D4">
    <w:name w:val="3BC7D142CCA2473E8CA5DA4B44CD8D6D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01AE3ACED9F4B62AE69766DCF2DB3653">
    <w:name w:val="501AE3ACED9F4B62AE69766DCF2DB365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D0246603129421CA9849762C0682E204">
    <w:name w:val="3D0246603129421CA9849762C0682E20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68070E2BF4DE44F499236310C2C5F1AA3">
    <w:name w:val="68070E2BF4DE44F499236310C2C5F1AA3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4C5D0A9CB7C4DB9A0AA6E5242BD02934">
    <w:name w:val="B4C5D0A9CB7C4DB9A0AA6E5242BD02934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3478B3EC10143D98BF0786174F6C75E2">
    <w:name w:val="13478B3EC10143D98BF0786174F6C75E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3338573335C427DB5429D5EC492C7712">
    <w:name w:val="13338573335C427DB5429D5EC492C771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378026150F54C55A494BDC2074CEB4A2">
    <w:name w:val="8378026150F54C55A494BDC2074CEB4A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0AA97EB983B43ADA1ADC805C10E6E962">
    <w:name w:val="20AA97EB983B43ADA1ADC805C10E6E96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385AC00E94B46E3825F4131928347CF1">
    <w:name w:val="C385AC00E94B46E3825F4131928347CF1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B043D68010B4301B2EB1D41EAF145F82">
    <w:name w:val="CB043D68010B4301B2EB1D41EAF145F8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BB64814A00D474782BE5E94CA622F962">
    <w:name w:val="BBB64814A00D474782BE5E94CA622F96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0F8F3C7D4A974DEC96271AD7E7DC425D2">
    <w:name w:val="0F8F3C7D4A974DEC96271AD7E7DC425D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D7CFEBC92054213A5EB4B486DFEB1F02">
    <w:name w:val="8D7CFEBC92054213A5EB4B486DFEB1F0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B772A8E2B6A49AFAFEB4D16E359AA602">
    <w:name w:val="1B772A8E2B6A49AFAFEB4D16E359AA60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4F928960DB9460AB4D5DB964B81A72F2">
    <w:name w:val="24F928960DB9460AB4D5DB964B81A72F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938409860EFA43CEAD00B7E23FB7F5EB2">
    <w:name w:val="938409860EFA43CEAD00B7E23FB7F5EB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9AC094E9399B4DA0BEFD28EF5B0DF5BA2">
    <w:name w:val="9AC094E9399B4DA0BEFD28EF5B0DF5BA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83232194DDB4B36A4B872C64F7CB5EF2">
    <w:name w:val="383232194DDB4B36A4B872C64F7CB5EF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A7C6DBD7E704E22AE3BB5811AF8C9622">
    <w:name w:val="5A7C6DBD7E704E22AE3BB5811AF8C9622"/>
    <w:rsid w:val="000A650B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A21A772875A9436FB4A33492508939721">
    <w:name w:val="A21A772875A9436FB4A3349250893972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BDB1DF3AAE345BC845401DCE90275301">
    <w:name w:val="8BDB1DF3AAE345BC845401DCE9027530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40C2EC4D75245CBB5F871AC0452045B1">
    <w:name w:val="540C2EC4D75245CBB5F871AC0452045B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7C3314735BC441A9966A95EA9A150C131">
    <w:name w:val="7C3314735BC441A9966A95EA9A150C13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0B8AA99D21447439F0E727B2B38C14F1">
    <w:name w:val="B0B8AA99D21447439F0E727B2B38C14F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C10D876575D42D9A0095F5478587EAF1">
    <w:name w:val="2C10D876575D42D9A0095F5478587EAF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4F53010D40E445C6A975628DEB628C7C1">
    <w:name w:val="4F53010D40E445C6A975628DEB628C7C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21603D383FC49F487CDBCF2717104F11">
    <w:name w:val="121603D383FC49F487CDBCF2717104F1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7692E911ED24D74B48DC9845E4F12461">
    <w:name w:val="C7692E911ED24D74B48DC9845E4F1246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75F3C30F044F4F84A06E439FDEF93E1C1">
    <w:name w:val="75F3C30F044F4F84A06E439FDEF93E1C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78735CC2C514D7180DE5E255303E1421">
    <w:name w:val="378735CC2C514D7180DE5E255303E142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BC7D142CCA2473E8CA5DA4B44CD8D6D1">
    <w:name w:val="3BC7D142CCA2473E8CA5DA4B44CD8D6D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01AE3ACED9F4B62AE69766DCF2DB3651">
    <w:name w:val="501AE3ACED9F4B62AE69766DCF2DB365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D0246603129421CA9849762C0682E201">
    <w:name w:val="3D0246603129421CA9849762C0682E20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68070E2BF4DE44F499236310C2C5F1AA1">
    <w:name w:val="68070E2BF4DE44F499236310C2C5F1AA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4C5D0A9CB7C4DB9A0AA6E5242BD02931">
    <w:name w:val="B4C5D0A9CB7C4DB9A0AA6E5242BD0293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3478B3EC10143D98BF0786174F6C75E1">
    <w:name w:val="13478B3EC10143D98BF0786174F6C75E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3338573335C427DB5429D5EC492C7711">
    <w:name w:val="13338573335C427DB5429D5EC492C771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378026150F54C55A494BDC2074CEB4A1">
    <w:name w:val="8378026150F54C55A494BDC2074CEB4A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0AA97EB983B43ADA1ADC805C10E6E961">
    <w:name w:val="20AA97EB983B43ADA1ADC805C10E6E96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385AC00E94B46E3825F4131928347CF2">
    <w:name w:val="C385AC00E94B46E3825F4131928347CF2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CB043D68010B4301B2EB1D41EAF145F81">
    <w:name w:val="CB043D68010B4301B2EB1D41EAF145F8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BBB64814A00D474782BE5E94CA622F961">
    <w:name w:val="BBB64814A00D474782BE5E94CA622F96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0F8F3C7D4A974DEC96271AD7E7DC425D1">
    <w:name w:val="0F8F3C7D4A974DEC96271AD7E7DC425D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070B69D89CC24D9AB302561B384B09942">
    <w:name w:val="070B69D89CC24D9AB302561B384B09942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8D7CFEBC92054213A5EB4B486DFEB1F01">
    <w:name w:val="8D7CFEBC92054213A5EB4B486DFEB1F0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1B772A8E2B6A49AFAFEB4D16E359AA601">
    <w:name w:val="1B772A8E2B6A49AFAFEB4D16E359AA60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24F928960DB9460AB4D5DB964B81A72F1">
    <w:name w:val="24F928960DB9460AB4D5DB964B81A72F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938409860EFA43CEAD00B7E23FB7F5EB1">
    <w:name w:val="938409860EFA43CEAD00B7E23FB7F5EB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9AC094E9399B4DA0BEFD28EF5B0DF5BA1">
    <w:name w:val="9AC094E9399B4DA0BEFD28EF5B0DF5BA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383232194DDB4B36A4B872C64F7CB5EF1">
    <w:name w:val="383232194DDB4B36A4B872C64F7CB5EF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5A7C6DBD7E704E22AE3BB5811AF8C9621">
    <w:name w:val="5A7C6DBD7E704E22AE3BB5811AF8C9621"/>
    <w:rsid w:val="00EF1304"/>
    <w:pPr>
      <w:spacing w:after="20" w:line="276" w:lineRule="auto"/>
    </w:pPr>
    <w:rPr>
      <w:rFonts w:ascii="Arial" w:eastAsia="Arial" w:hAnsi="Arial" w:cs="Arial"/>
      <w:kern w:val="0"/>
      <w:sz w:val="16"/>
      <w:szCs w:val="22"/>
      <w:lang w:val="en-US" w:eastAsia="en-US"/>
      <w14:ligatures w14:val="none"/>
    </w:rPr>
  </w:style>
  <w:style w:type="paragraph" w:customStyle="1" w:styleId="FF6466EB5CDB4DB186FE5E08553AB4CE">
    <w:name w:val="FF6466EB5CDB4DB186FE5E08553AB4CE"/>
    <w:rsid w:val="00EF2785"/>
  </w:style>
  <w:style w:type="paragraph" w:customStyle="1" w:styleId="6F9D6A9100E0479DB56D364EC447517F">
    <w:name w:val="6F9D6A9100E0479DB56D364EC447517F"/>
    <w:rsid w:val="00EF2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655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ΔΕΜΕΤΖΟΣ, ΓΙΩΡΓΟΣ</cp:lastModifiedBy>
  <cp:revision>8</cp:revision>
  <dcterms:created xsi:type="dcterms:W3CDTF">2026-07-24T05:06:00Z</dcterms:created>
  <dcterms:modified xsi:type="dcterms:W3CDTF">2026-08-12T09:32:00Z</dcterms:modified>
  <cp:category/>
</cp:coreProperties>
</file>